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RINGRAZIAMENTO PER FINE LAVORO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Sociale: ______________________________________________</w:t>
      </w:r>
    </w:p>
    <w:p>
      <w:r>
        <w:rPr>
          <w:b w:val="0"/>
          <w:sz w:val="20"/>
        </w:rPr>
        <w:t>Indirizzo: _________________________________________________________________</w:t>
      </w:r>
    </w:p>
    <w:p>
      <w:r>
        <w:rPr>
          <w:b w:val="0"/>
          <w:sz w:val="20"/>
        </w:rPr>
        <w:t>Codice Fiscale / Partita IVA: _______________________________________________</w:t>
      </w:r>
    </w:p>
    <w:p>
      <w:r>
        <w:rPr>
          <w:b w:val="0"/>
          <w:sz w:val="20"/>
        </w:rPr>
        <w:t>Telefono: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</w:t>
      </w:r>
    </w:p>
    <w:p/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 / Ragione Sociale: ______________________________________________</w:t>
      </w:r>
    </w:p>
    <w:p>
      <w:r>
        <w:rPr>
          <w:b w:val="0"/>
          <w:sz w:val="20"/>
        </w:rPr>
        <w:t>Indirizzo: _________________________________________________________________</w:t>
      </w:r>
    </w:p>
    <w:p>
      <w:r>
        <w:rPr>
          <w:b w:val="0"/>
          <w:sz w:val="20"/>
        </w:rPr>
        <w:t>Codice Fiscale / Partita IVA: _______________________________________________</w:t>
      </w:r>
    </w:p>
    <w:p>
      <w:r>
        <w:rPr>
          <w:b w:val="0"/>
          <w:sz w:val="20"/>
        </w:rPr>
        <w:t>Telefono: _________________________________________________________________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___________________________________________________________________</w:t>
      </w:r>
    </w:p>
    <w:p/>
    <w:p/>
    <w:p>
      <w:r>
        <w:rPr>
          <w:b/>
          <w:sz w:val="20"/>
        </w:rPr>
        <w:t>Oggetto: Lettera di ringraziamento per la collaborazione e fine rapporto lavorativo</w:t>
      </w:r>
    </w:p>
    <w:p/>
    <w:p/>
    <w:p>
      <w:r>
        <w:rPr>
          <w:b w:val="0"/>
          <w:sz w:val="20"/>
        </w:rPr>
        <w:t>Egregio Signore / Gentile Signora,</w:t>
      </w:r>
    </w:p>
    <w:p/>
    <w:p>
      <w:r>
        <w:rPr>
          <w:b w:val="0"/>
          <w:sz w:val="20"/>
        </w:rPr>
        <w:t>Con la presente desideriamo esprimere il nostro sincero ringraziamento per il lavoro svolto con professionalità, diligenza e correttezza durante il periodo di collaborazione. La Sua dedizione e il Suo impegno sono stati fondamentali per il raggiungimento degli obiettivi prefissati.</w:t>
      </w:r>
    </w:p>
    <w:p/>
    <w:p>
      <w:r>
        <w:rPr>
          <w:b w:val="0"/>
          <w:sz w:val="20"/>
        </w:rPr>
        <w:t>In considerazione della naturale conclusione del rapporto lavorativo, intendiamo formalizzare la chiusura della collaborazione con reciproca soddisfazione e nel rispetto degli accordi contrattuali vigenti.</w:t>
      </w:r>
    </w:p>
    <w:p/>
    <w:p>
      <w:r>
        <w:rPr>
          <w:b w:val="0"/>
          <w:sz w:val="20"/>
        </w:rPr>
        <w:t>Rimaniamo a disposizione per qualsiasi necessità inerente alla chiusura amministrativa e per fornire eventuali referenze professionali qualora ne avesse bisogno.</w:t>
      </w:r>
    </w:p>
    <w:p/>
    <w:p>
      <w:r>
        <w:rPr>
          <w:b w:val="0"/>
          <w:sz w:val="20"/>
        </w:rPr>
        <w:t>Cogliamo l’occasione per augurarLe ogni successo per il futuro e per ringraziarLa nuovamente per il contributo dato alla nostra organizzazione.</w:t>
      </w:r>
    </w:p>
    <w:p/>
    <w:p/>
    <w:p>
      <w:r>
        <w:rPr>
          <w:b w:val="0"/>
          <w:sz w:val="20"/>
        </w:rPr>
        <w:t>Distinti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</w:tbl>
    <w:p/>
    <w:p/>
    <w:p>
      <w:r>
        <w:rPr>
          <w:b w:val="0"/>
          <w:sz w:val="20"/>
        </w:rPr>
        <w:t>Luogo: _______________________________________________</w:t>
      </w:r>
    </w:p>
    <w:p>
      <w:r>
        <w:rPr>
          <w:b w:val="0"/>
          <w:sz w:val="20"/>
        </w:rPr>
        <w:t>Firma Mittente: ______________________________</w:t>
      </w:r>
    </w:p>
    <w:p>
      <w:r>
        <w:rPr>
          <w:b w:val="0"/>
          <w:sz w:val="20"/>
        </w:rPr>
        <w:t>Firma Destinatario: ___________________________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https://esperto-lettere.com/lettera-ringraziamento-fine-lavoro-esempio/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ringraziamento-fine-lavoro-esempi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