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RECUPERO CREDITO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Ragione Sociale / Nome e Cognome: ______________________________________</w:t>
      </w:r>
    </w:p>
    <w:p>
      <w:r>
        <w:rPr>
          <w:b w:val="0"/>
          <w:sz w:val="20"/>
        </w:rPr>
        <w:t>Indirizzo: 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</w:t>
      </w:r>
    </w:p>
    <w:p>
      <w:r>
        <w:rPr>
          <w:b w:val="0"/>
          <w:sz w:val="20"/>
        </w:rPr>
        <w:t>Telefono / Email: 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Ragione Sociale / Nome e Cognome: ______________________________________</w:t>
      </w:r>
    </w:p>
    <w:p>
      <w:r>
        <w:rPr>
          <w:b w:val="0"/>
          <w:sz w:val="20"/>
        </w:rPr>
        <w:t>Indirizzo: 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</w:t>
      </w:r>
    </w:p>
    <w:p/>
    <w:p/>
    <w:p>
      <w:r>
        <w:rPr>
          <w:b/>
          <w:sz w:val="20"/>
        </w:rPr>
        <w:t>Oggetto: Sollecito di pagamento per fattura/e insoluta/e</w:t>
      </w:r>
    </w:p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Con la presente, si richiede il pagamento immediato della somma dovuta, risultante dalla/e fattura/e emessa/e nei vostri confronti, rimasta/e ad oggi non saldata/e, nonostante i precedenti solleciti.</w:t>
      </w:r>
    </w:p>
    <w:p/>
    <w:p>
      <w:r>
        <w:rPr>
          <w:b/>
          <w:sz w:val="20"/>
        </w:rPr>
        <w:t>I dettagli del/i pagamento/i sono i seguenti:</w:t>
      </w:r>
    </w:p>
    <w:p>
      <w:r>
        <w:rPr>
          <w:b w:val="0"/>
          <w:sz w:val="20"/>
        </w:rPr>
        <w:t>Numero/i fattura: _______________________________________________________</w:t>
      </w:r>
    </w:p>
    <w:p>
      <w:r>
        <w:rPr>
          <w:b w:val="0"/>
          <w:sz w:val="20"/>
        </w:rPr>
        <w:t>Data/e fattura: _________________________________________________________</w:t>
      </w:r>
    </w:p>
    <w:p>
      <w:r>
        <w:rPr>
          <w:b w:val="0"/>
          <w:sz w:val="20"/>
        </w:rPr>
        <w:t>Importo dovuto: € _______________________________________________________</w:t>
      </w:r>
    </w:p>
    <w:p/>
    <w:p>
      <w:r>
        <w:rPr>
          <w:b w:val="0"/>
          <w:sz w:val="20"/>
        </w:rPr>
        <w:t>Si richiede pertanto di voler provvedere al saldo entro e non oltre 7 (sette) giorni dal ricevimento della presente, al fine di evitare l’adozione di tutte le azioni legali necessarie a tutela dei nostri diritti, inclusa la richiesta di interessi di mora e il recupero delle spese legali sostenute.</w:t>
      </w:r>
    </w:p>
    <w:p/>
    <w:p>
      <w:r>
        <w:rPr>
          <w:b w:val="0"/>
          <w:sz w:val="20"/>
        </w:rPr>
        <w:t>Si ricorda che, ai sensi dell’art. 1284 c.c., decorso inutilmente il termine indicato, gli interessi moratori saranno calcolati automaticamente senza necessità di ulteriori solleciti.</w:t>
      </w:r>
    </w:p>
    <w:p/>
    <w:p>
      <w:r>
        <w:rPr>
          <w:b w:val="0"/>
          <w:sz w:val="20"/>
        </w:rPr>
        <w:t>Rimaniamo in attesa di un vostro sollecito riscontro e conferma di pagamento.</w:t>
      </w:r>
    </w:p>
    <w:p/>
    <w:p/>
    <w:p>
      <w:r>
        <w:rPr>
          <w:b w:val="0"/>
          <w:sz w:val="20"/>
        </w:rPr>
        <w:t>Distinti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Firma Mittente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br/>
              <w:br/>
              <w:t>______________________________</w:t>
            </w:r>
          </w:p>
        </w:tc>
      </w:tr>
    </w:tbl>
    <w:p/>
    <w:p/>
    <w:p>
      <w:r>
        <w:rPr>
          <w:b w:val="0"/>
          <w:sz w:val="20"/>
        </w:rPr>
        <w:t>Luogo : __________________________________________</w:t>
      </w:r>
    </w:p>
    <w:p>
      <w:r>
        <w:rPr>
          <w:b w:val="0"/>
          <w:sz w:val="20"/>
        </w:rPr>
        <w:t>Data : 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https://esperto-lettere.com/lettera-recupero-credito-fac-simile/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recupero-credito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