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RACCOMANDATA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: 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CAP, Città : ___________________________________________________________</w:t>
      </w:r>
    </w:p>
    <w:p>
      <w:r>
        <w:rPr>
          <w:b w:val="0"/>
          <w:sz w:val="20"/>
        </w:rPr>
        <w:t>Nazione : ______________________________________________________________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 : _____________________________________</w:t>
      </w:r>
    </w:p>
    <w:p>
      <w:r>
        <w:rPr>
          <w:b w:val="0"/>
          <w:sz w:val="20"/>
        </w:rPr>
        <w:t>Indirizzo : ____________________________________________________________</w:t>
      </w:r>
    </w:p>
    <w:p>
      <w:r>
        <w:rPr>
          <w:b w:val="0"/>
          <w:sz w:val="20"/>
        </w:rPr>
        <w:t>CAP, Città : ___________________________________________________________</w:t>
      </w:r>
    </w:p>
    <w:p>
      <w:r>
        <w:rPr>
          <w:b w:val="0"/>
          <w:sz w:val="20"/>
        </w:rPr>
        <w:t>Nazione : ______________________________________________________________</w:t>
      </w:r>
    </w:p>
    <w:p/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p>
      <w:r>
        <w:rPr>
          <w:b/>
          <w:sz w:val="20"/>
        </w:rPr>
        <w:t>Spettabile,</w:t>
      </w:r>
    </w:p>
    <w:p/>
    <w:p>
      <w:r>
        <w:rPr>
          <w:b w:val="0"/>
          <w:sz w:val="20"/>
        </w:rPr>
        <w:t>Con la presente, desidero informarLa di quanto segue in merito alla questione di cui all'oggetto. Si prega di prendere atto delle comunicazioni riportate e di procedere di conseguenza.</w:t>
      </w:r>
    </w:p>
    <w:p/>
    <w:p>
      <w:r>
        <w:rPr>
          <w:b w:val="0"/>
          <w:sz w:val="20"/>
        </w:rPr>
        <w:t>Premesso che:</w:t>
      </w:r>
    </w:p>
    <w:p>
      <w:r>
        <w:rPr>
          <w:b w:val="0"/>
          <w:sz w:val="20"/>
        </w:rPr>
        <w:t>a) ________________________________________________________________</w:t>
      </w:r>
    </w:p>
    <w:p>
      <w:r>
        <w:rPr>
          <w:b w:val="0"/>
          <w:sz w:val="20"/>
        </w:rPr>
        <w:t>b) ________________________________________________________________</w:t>
      </w:r>
    </w:p>
    <w:p>
      <w:r>
        <w:rPr>
          <w:b w:val="0"/>
          <w:sz w:val="20"/>
        </w:rPr>
        <w:t>c) ________________________________________________________________</w:t>
      </w:r>
    </w:p>
    <w:p/>
    <w:p>
      <w:r>
        <w:rPr>
          <w:b w:val="0"/>
          <w:sz w:val="20"/>
        </w:rPr>
        <w:t>Si richiede pertanto di:</w:t>
      </w:r>
    </w:p>
    <w:p>
      <w:r>
        <w:rPr>
          <w:b w:val="0"/>
          <w:sz w:val="20"/>
        </w:rPr>
        <w:t>1) ________________________________________________________________</w:t>
      </w:r>
    </w:p>
    <w:p>
      <w:r>
        <w:rPr>
          <w:b w:val="0"/>
          <w:sz w:val="20"/>
        </w:rPr>
        <w:t>2) ________________________________________________________________</w:t>
      </w:r>
    </w:p>
    <w:p>
      <w:r>
        <w:rPr>
          <w:b w:val="0"/>
          <w:sz w:val="20"/>
        </w:rPr>
        <w:t>3) ________________________________________________________________</w:t>
      </w:r>
    </w:p>
    <w:p/>
    <w:p>
      <w:r>
        <w:rPr>
          <w:b w:val="0"/>
          <w:sz w:val="20"/>
        </w:rPr>
        <w:t>In mancanza di riscontro entro termini ragionevoli, mi vedrò costretto ad intraprendere le opportune azioni legali per la tutela dei miei diritti, senza ulteriore preavviso.</w:t>
      </w:r>
    </w:p>
    <w:p/>
    <w:p>
      <w:r>
        <w:rPr>
          <w:b w:val="0"/>
          <w:sz w:val="20"/>
        </w:rPr>
        <w:t>Resto a disposizione per eventuali chiarimenti e confido in un sollecito riscontro.</w:t>
      </w:r>
    </w:p>
    <w:p/>
    <w:p/>
    <w:p>
      <w:r>
        <w:rPr>
          <w:b/>
          <w:sz w:val="20"/>
        </w:rPr>
        <w:t>Distinti saluti,</w:t>
      </w:r>
    </w:p>
    <w:p/>
    <w:p/>
    <w:p/>
    <w:p/>
    <w:p>
      <w:r>
        <w:rPr>
          <w:b w:val="0"/>
          <w:sz w:val="20"/>
        </w:rPr>
        <w:t>Firma: __________________________________________</w:t>
      </w:r>
    </w:p>
    <w:p/>
    <w:p/>
    <w:p>
      <w:r>
        <w:rPr>
          <w:b w:val="0"/>
          <w:sz w:val="20"/>
        </w:rPr>
        <w:t>Luogo: __________________________________________</w:t>
      </w:r>
    </w:p>
    <w:p>
      <w:r>
        <w:rPr>
          <w:b w:val="0"/>
          <w:sz w:val="20"/>
        </w:rPr>
        <w:t>Data: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</w:t>
            </w:r>
          </w:p>
        </w:tc>
      </w:tr>
    </w:tbl>
    <w:p>
      <w:r>
        <w:rPr>
          <w:b/>
          <w:sz w:val="20"/>
        </w:rPr>
        <w:t>Note legali:</w:t>
      </w:r>
    </w:p>
    <w:p>
      <w:r>
        <w:rPr>
          <w:b w:val="0"/>
          <w:sz w:val="20"/>
        </w:rPr>
        <w:t>La presente lettera raccomandata viene inviata ai sensi della normativa vigente italiana, con piena validità legale ai fini di comunicazione e contestazione formale.</w:t>
      </w:r>
    </w:p>
    <w:p>
      <w:r>
        <w:rPr>
          <w:b w:val="0"/>
          <w:sz w:val="20"/>
        </w:rPr>
        <w:t>Si ricorda che la prova dell’avvenuta ricezione è data dalla ricevuta di ritorno della raccomandata, che costituisce prova legale in giudizio.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https://esperto-lettere.com/lettera-raccomandata-svizzera-esempio/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raccomandata-svizzera-esemp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