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PRELAZIONE</w:t>
      </w:r>
    </w:p>
    <w:p/>
    <w:p/>
    <w:p>
      <w:r>
        <w:rPr>
          <w:b w:val="0"/>
          <w:sz w:val="20"/>
        </w:rPr>
        <w:t>Il sottoscritto _____________________________________________________________</w:t>
      </w:r>
    </w:p>
    <w:p>
      <w:r>
        <w:rPr>
          <w:b w:val="0"/>
          <w:sz w:val="20"/>
        </w:rPr>
        <w:t>nato a ________________________ il ________________, residente in ______________________________</w:t>
      </w:r>
    </w:p>
    <w:p>
      <w:r>
        <w:rPr>
          <w:b w:val="0"/>
          <w:sz w:val="20"/>
        </w:rPr>
        <w:t>via ________________________________________________________________________, codice fiscale _______________________</w:t>
      </w:r>
    </w:p>
    <w:p>
      <w:r>
        <w:rPr>
          <w:b w:val="0"/>
          <w:sz w:val="20"/>
        </w:rPr>
        <w:t>di seguito denominato 'Prelazionista',</w:t>
      </w:r>
    </w:p>
    <w:p/>
    <w:p>
      <w:r>
        <w:rPr>
          <w:b/>
          <w:sz w:val="20"/>
        </w:rPr>
        <w:t>considerato quanto segue:</w:t>
      </w:r>
    </w:p>
    <w:p>
      <w:r>
        <w:rPr>
          <w:b w:val="0"/>
          <w:sz w:val="20"/>
        </w:rPr>
        <w:t>– che il Sig./la Sig.ra ______________________________________________________</w:t>
      </w:r>
    </w:p>
    <w:p>
      <w:r>
        <w:rPr>
          <w:b w:val="0"/>
          <w:sz w:val="20"/>
        </w:rPr>
        <w:t xml:space="preserve">  nato/a a ________________________ il ________________, residente in ___________________________</w:t>
      </w:r>
    </w:p>
    <w:p>
      <w:r>
        <w:rPr>
          <w:b w:val="0"/>
          <w:sz w:val="20"/>
        </w:rPr>
        <w:t xml:space="preserve">  via ________________________________________________________________________, codice fiscale _______________________</w:t>
      </w:r>
    </w:p>
    <w:p>
      <w:r>
        <w:rPr>
          <w:b w:val="0"/>
          <w:sz w:val="20"/>
        </w:rPr>
        <w:t xml:space="preserve">  (di seguito denominato 'Venditore'), intende alienare l’immobile sito in ___________________________</w:t>
      </w:r>
    </w:p>
    <w:p>
      <w:r>
        <w:rPr>
          <w:b w:val="0"/>
          <w:sz w:val="20"/>
        </w:rPr>
        <w:t xml:space="preserve">  via ____________________________________________________, identificato al Catasto al foglio ______, particella ______, sub ______;</w:t>
      </w:r>
    </w:p>
    <w:p/>
    <w:p>
      <w:r>
        <w:rPr>
          <w:b w:val="0"/>
          <w:sz w:val="20"/>
        </w:rPr>
        <w:t>– che il Prelazionista intende esercitare il diritto di prelazione sull'immobile sopra descritto;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Prelazionista ha manifestato interesse all’acquisto dell’immobile di cui sopra, e che il Venditore ha ricevuto proposta di acquisto da terzi;</w:t>
      </w:r>
    </w:p>
    <w:p/>
    <w:p>
      <w:r>
        <w:rPr>
          <w:b/>
          <w:sz w:val="20"/>
        </w:rPr>
        <w:t>CONSIDERATO CHE</w:t>
      </w:r>
    </w:p>
    <w:p>
      <w:r>
        <w:rPr>
          <w:b w:val="0"/>
          <w:sz w:val="20"/>
        </w:rPr>
        <w:t>ai sensi e per gli effetti dell’art. 38 della legge 27 luglio 1978, n. 392, nonché delle disposizioni di legge e regolamenti vigenti in materia, il Prelazionista esercita il diritto di prelazione sull’immobile sopra indicato;</w:t>
      </w:r>
    </w:p>
    <w:p/>
    <w:p>
      <w:r>
        <w:rPr>
          <w:b/>
          <w:sz w:val="20"/>
        </w:rPr>
        <w:t>IL PRELAZIONISTA</w:t>
      </w:r>
    </w:p>
    <w:p>
      <w:r>
        <w:rPr>
          <w:b w:val="0"/>
          <w:sz w:val="20"/>
        </w:rPr>
        <w:t>con la presente:</w:t>
      </w:r>
    </w:p>
    <w:p/>
    <w:p>
      <w:r>
        <w:rPr>
          <w:b w:val="0"/>
          <w:sz w:val="20"/>
        </w:rPr>
        <w:t>1) manifesta la volontà di esercitare il diritto di prelazione sull'immobile descritto, alle medesime condizioni economiche e contrattuali offerte da terzi;</w:t>
      </w:r>
    </w:p>
    <w:p>
      <w:r>
        <w:rPr>
          <w:b w:val="0"/>
          <w:sz w:val="20"/>
        </w:rPr>
        <w:t>2) si impegna a stipulare il contratto di compravendita alle condizioni di seguito indicate;</w:t>
      </w:r>
    </w:p>
    <w:p>
      <w:r>
        <w:rPr>
          <w:b w:val="0"/>
          <w:sz w:val="20"/>
        </w:rPr>
        <w:t>3) dichiara di aver preso visione della proposta di acquisto e delle relative condizioni;</w:t>
      </w:r>
    </w:p>
    <w:p/>
    <w:p>
      <w:r>
        <w:rPr>
          <w:b/>
          <w:sz w:val="20"/>
        </w:rPr>
        <w:t>CONDIZIONI ECONOMICHE E CONTRATTUALI</w:t>
      </w:r>
    </w:p>
    <w:p>
      <w:r>
        <w:rPr>
          <w:b w:val="0"/>
          <w:sz w:val="20"/>
        </w:rPr>
        <w:t>Prezzo di vendita: € ______________________________ (euro _______________________________________________________________)</w:t>
      </w:r>
    </w:p>
    <w:p>
      <w:r>
        <w:rPr>
          <w:b w:val="0"/>
          <w:sz w:val="20"/>
        </w:rPr>
        <w:t>Modalità di pagamento: _______________________________________________________</w:t>
      </w:r>
    </w:p>
    <w:p>
      <w:r>
        <w:rPr>
          <w:b w:val="0"/>
          <w:sz w:val="20"/>
        </w:rPr>
        <w:t>Termini di stipula del contratto definitivo: ___________________________________</w:t>
      </w:r>
    </w:p>
    <w:p/>
    <w:p>
      <w:r>
        <w:rPr>
          <w:b/>
          <w:sz w:val="20"/>
        </w:rPr>
        <w:t>IL PRELAZIONISTA</w:t>
      </w:r>
    </w:p>
    <w:p>
      <w:r>
        <w:rPr>
          <w:b w:val="0"/>
          <w:sz w:val="20"/>
        </w:rPr>
        <w:t>dichiara altresì:</w:t>
      </w:r>
    </w:p>
    <w:p>
      <w:r>
        <w:rPr>
          <w:b w:val="0"/>
          <w:sz w:val="20"/>
        </w:rPr>
        <w:t>– di aver preso visione dello stato giuridico e materiale dell’immobile;</w:t>
      </w:r>
    </w:p>
    <w:p>
      <w:r>
        <w:rPr>
          <w:b w:val="0"/>
          <w:sz w:val="20"/>
        </w:rPr>
        <w:t>– di accettare lo stato di fatto e di diritto dell’immobile così come si presenta;</w:t>
      </w:r>
    </w:p>
    <w:p>
      <w:r>
        <w:rPr>
          <w:b w:val="0"/>
          <w:sz w:val="20"/>
        </w:rPr>
        <w:t>– di rinunciare a qualsiasi ulteriore pretesa o condizione non espressamente indicata nella presente lettera;</w:t>
      </w:r>
    </w:p>
    <w:p/>
    <w:p>
      <w:r>
        <w:rPr>
          <w:b w:val="0"/>
          <w:sz w:val="20"/>
        </w:rPr>
        <w:t>Il Venditore, con la sottoscrizione della presente, riconosce che il Prelazionista esercita il diritto di prelazione ai sensi di legge e si impegna a non alienare il suddetto immobile a terzi senza prima aver consentito al Prelazionista di esercitare tale diritto.</w:t>
      </w:r>
    </w:p>
    <w:p/>
    <w:p/>
    <w:p>
      <w:r>
        <w:rPr>
          <w:b w:val="0"/>
          <w:sz w:val="20"/>
        </w:rPr>
        <w:t>Luogo: _______________________________________________________</w:t>
      </w:r>
    </w:p>
    <w:p>
      <w:r>
        <w:rPr>
          <w:b w:val="0"/>
          <w:sz w:val="20"/>
        </w:rPr>
        <w:t>Data: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PRELAZIONISTA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VENDITORE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https://esperto-lettere.com/lettera-prelazione-fac-simile/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prelazione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