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MOTIVAZIONALE PER AMMISSIONE AL MASTER</w:t>
      </w:r>
    </w:p>
    <w:p/>
    <w:p/>
    <w:p>
      <w:r>
        <w:rPr>
          <w:b/>
          <w:sz w:val="20"/>
        </w:rPr>
        <w:t>Al Direttore del Master</w:t>
      </w:r>
    </w:p>
    <w:p>
      <w:r>
        <w:rPr>
          <w:b w:val="0"/>
          <w:sz w:val="20"/>
        </w:rPr>
        <w:t>Università / Istituto di riferimento</w:t>
      </w:r>
    </w:p>
    <w:p>
      <w:r>
        <w:rPr>
          <w:b w:val="0"/>
          <w:sz w:val="20"/>
        </w:rPr>
        <w:t>Via/Piazza _______________________________</w:t>
      </w:r>
    </w:p>
    <w:p>
      <w:r>
        <w:rPr>
          <w:b w:val="0"/>
          <w:sz w:val="20"/>
        </w:rPr>
        <w:t>CAP ___________ Città ___________________</w:t>
      </w:r>
    </w:p>
    <w:p/>
    <w:p/>
    <w:p>
      <w:r>
        <w:rPr>
          <w:b/>
          <w:sz w:val="20"/>
        </w:rPr>
        <w:t>Oggetto: Lettera motivazionale per la candidatura al Master</w:t>
      </w:r>
    </w:p>
    <w:p/>
    <w:p>
      <w:r>
        <w:rPr>
          <w:b w:val="0"/>
          <w:sz w:val="20"/>
        </w:rPr>
        <w:t>Gentile Direttore,</w:t>
      </w:r>
    </w:p>
    <w:p/>
    <w:p>
      <w:r>
        <w:rPr>
          <w:b w:val="0"/>
          <w:sz w:val="20"/>
        </w:rPr>
        <w:t>con la presente intendo manifestare il mio interesse a partecipare al Master in oggetto, ritenendo che il percorso formativo offerto rappresenti una fondamentale opportunità di crescita personale e professionale. Sono convinto/a che le competenze acquisite durante il Master mi permetteranno di sviluppare ulteriormente le mie capacità e di contribuire in modo significativo al mio settore di riferimento.</w:t>
      </w:r>
    </w:p>
    <w:p/>
    <w:p>
      <w:r>
        <w:rPr>
          <w:b w:val="0"/>
          <w:sz w:val="20"/>
        </w:rPr>
        <w:t>Nel corso del mio percorso accademico e professionale ho maturato esperienze che mi hanno permesso di sviluppare competenze tecniche e trasversali, tra cui la capacità di lavorare in team, la gestione di progetti complessi e un approccio analitico ai problemi. Sono motivato/a a mettere a frutto queste esperienze e ad approfondire le tematiche trattate dal Master, in un contesto accademico di alto livello che favorisca l'interazione con docenti qualificati e colleghi di pari interesse.</w:t>
      </w:r>
    </w:p>
    <w:p/>
    <w:p>
      <w:r>
        <w:rPr>
          <w:b w:val="0"/>
          <w:sz w:val="20"/>
        </w:rPr>
        <w:t>Ritengo che l’ammissione al Master rappresenti un passo strategico per il mio percorso professionale e personale, in quanto mi consentirebbe di acquisire conoscenze specialistiche e competenze distintive, oltre a costruire una rete di contatti qualificati nel settore di riferimento. Sono pertanto disponibile a impegnarmi con dedizione e responsabilità per conseguire con successo gli obiettivi formativi proposti.</w:t>
      </w:r>
    </w:p>
    <w:p/>
    <w:p>
      <w:r>
        <w:rPr>
          <w:b w:val="0"/>
          <w:sz w:val="20"/>
        </w:rPr>
        <w:t>RingraziandoLa per l’attenzione che vorrà dedicare alla mia candidatura, rimango a disposizione per eventuali approfondimenti e colloqui conoscitivi.</w:t>
      </w:r>
    </w:p>
    <w:p/>
    <w:p/>
    <w:p>
      <w:r>
        <w:rPr>
          <w:b w:val="0"/>
          <w:sz w:val="20"/>
        </w:rPr>
        <w:t>Cordiali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Candidato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 / ________ / 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https://esperto-lettere.com/lettera-motivazionale-master/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motivazionale-master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