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MOTIVAZIONALE</w:t>
      </w:r>
    </w:p>
    <w:p/>
    <w:p/>
    <w:p>
      <w:r>
        <w:rPr>
          <w:b w:val="0"/>
          <w:sz w:val="20"/>
        </w:rPr>
        <w:t>Nome e Cognome: ______________________________________________</w:t>
      </w:r>
    </w:p>
    <w:p>
      <w:r>
        <w:rPr>
          <w:b w:val="0"/>
          <w:sz w:val="20"/>
        </w:rPr>
        <w:t>Indirizzo: ___________________________________________________</w:t>
      </w:r>
    </w:p>
    <w:p>
      <w:r>
        <w:rPr>
          <w:b w:val="0"/>
          <w:sz w:val="20"/>
        </w:rPr>
        <w:t>Codice Fiscale: ______________________________________________</w:t>
      </w:r>
    </w:p>
    <w:p>
      <w:r>
        <w:rPr>
          <w:b w:val="0"/>
          <w:sz w:val="20"/>
        </w:rPr>
        <w:t>E-mail: ______________________________________________________</w:t>
      </w:r>
    </w:p>
    <w:p>
      <w:r>
        <w:rPr>
          <w:b w:val="0"/>
          <w:sz w:val="20"/>
        </w:rPr>
        <w:t>Telefono: ____________________________________________________</w:t>
      </w:r>
    </w:p>
    <w:p/>
    <w:p/>
    <w:p>
      <w:r>
        <w:rPr>
          <w:b/>
          <w:sz w:val="20"/>
        </w:rPr>
        <w:t>All’Ufficio Erasmus</w:t>
      </w:r>
    </w:p>
    <w:p>
      <w:r>
        <w:rPr>
          <w:b w:val="0"/>
          <w:sz w:val="20"/>
        </w:rPr>
        <w:t>Università di Destinazione</w:t>
      </w:r>
    </w:p>
    <w:p>
      <w:r>
        <w:rPr>
          <w:b w:val="0"/>
          <w:sz w:val="20"/>
        </w:rPr>
        <w:t>Indirizzo Università: _________________________________________</w:t>
      </w:r>
    </w:p>
    <w:p/>
    <w:p/>
    <w:p>
      <w:r>
        <w:rPr>
          <w:b/>
          <w:sz w:val="20"/>
        </w:rPr>
        <w:t>Oggetto: Lettera Motivazionale per la candidatura al Programma Erasmus</w:t>
      </w:r>
    </w:p>
    <w:p/>
    <w:p/>
    <w:p>
      <w:r>
        <w:rPr>
          <w:b w:val="0"/>
          <w:sz w:val="20"/>
        </w:rPr>
        <w:t>Spett.le Commissione Erasmus,</w:t>
      </w:r>
    </w:p>
    <w:p/>
    <w:p>
      <w:r>
        <w:rPr>
          <w:b w:val="0"/>
          <w:sz w:val="20"/>
        </w:rPr>
        <w:t>con la presente desidero presentare la mia candidatura per partecipare al Programma Erasmus presso l'Università di destinazione. Sono uno studente del corso di laurea in ___________________________ presso l'Università degli Studi di ______________________________.</w:t>
      </w:r>
    </w:p>
    <w:p/>
    <w:p>
      <w:r>
        <w:rPr>
          <w:b w:val="0"/>
          <w:sz w:val="20"/>
        </w:rPr>
        <w:t>La scelta di partecipare al Programma Erasmus nasce dalla volontà di arricchire il mio percorso formativo attraverso un'esperienza internazionale che mi permetta di acquisire competenze linguistiche, culturali e professionali fondamentali per il mio futuro lavorativo.</w:t>
      </w:r>
    </w:p>
    <w:p/>
    <w:p>
      <w:r>
        <w:rPr>
          <w:b w:val="0"/>
          <w:sz w:val="20"/>
        </w:rPr>
        <w:t>Sono motivato a svolgere il periodo di mobilità con impegno e responsabilità, rispettando le regole e le scadenze previste dal programma, e a rappresentare con onore la mia università di appartenenza.</w:t>
      </w:r>
    </w:p>
    <w:p/>
    <w:p>
      <w:r>
        <w:rPr>
          <w:b w:val="0"/>
          <w:sz w:val="20"/>
        </w:rPr>
        <w:t>Durante il mio percorso accademico ho maturato competenze specifiche e interesse per __________________________, che ritengo possano essere valorizzate e approfondite con l’esperienza all’estero. Inoltre, sono convinto che l’immersione in un contesto internazionale favorisca lo sviluppo di capacità di adattamento, problem solving e interculturalità.</w:t>
      </w:r>
    </w:p>
    <w:p/>
    <w:p>
      <w:r>
        <w:rPr>
          <w:b w:val="0"/>
          <w:sz w:val="20"/>
        </w:rPr>
        <w:t>Allego alla presente la documentazione richiesta e resto a disposizione per eventuali colloqui o approfondimenti.</w:t>
      </w:r>
    </w:p>
    <w:p/>
    <w:p/>
    <w:p>
      <w:r>
        <w:rPr>
          <w:b w:val="0"/>
          <w:sz w:val="20"/>
        </w:rPr>
        <w:t>Ringraziando per l'attenzione, porgo distinti saluti.</w:t>
      </w:r>
    </w:p>
    <w:p/>
    <w:p/>
    <w:p/>
    <w:p>
      <w:r>
        <w:rPr>
          <w:b w:val="0"/>
          <w:sz w:val="20"/>
        </w:rPr>
        <w:t>Firma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Ufficio Erasmus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https://esperto-lettere.com/lettera-motivazionale-erasmus/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motivazionale-erasmus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