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LETTERA DI LICENZIAMENTO PER SUPERAMENTO DEL PERIODO DI COMPORTO</w:t>
      </w:r>
    </w:p>
    <w:p/>
    <w:p/>
    <w:p>
      <w:r>
        <w:rPr>
          <w:b/>
          <w:sz w:val="20"/>
        </w:rPr>
        <w:t>Spett.le</w:t>
      </w:r>
    </w:p>
    <w:p>
      <w:r>
        <w:rPr>
          <w:b w:val="0"/>
          <w:sz w:val="20"/>
        </w:rPr>
        <w:t>Nome e Cognome del Lavoratore: __________________________________________</w:t>
      </w:r>
    </w:p>
    <w:p>
      <w:r>
        <w:rPr>
          <w:b w:val="0"/>
          <w:sz w:val="20"/>
        </w:rPr>
        <w:t>Indirizzo: _______________________________________________________________</w:t>
      </w:r>
    </w:p>
    <w:p/>
    <w:p/>
    <w:p>
      <w:r>
        <w:rPr>
          <w:b/>
          <w:sz w:val="20"/>
        </w:rPr>
        <w:t>Dati Azienda:</w:t>
      </w:r>
    </w:p>
    <w:p>
      <w:r>
        <w:rPr>
          <w:b w:val="0"/>
          <w:sz w:val="20"/>
        </w:rPr>
        <w:t>Ragione Sociale: ________________________________________________________</w:t>
      </w:r>
    </w:p>
    <w:p>
      <w:r>
        <w:rPr>
          <w:b w:val="0"/>
          <w:sz w:val="20"/>
        </w:rPr>
        <w:t>Sede Legale: ____________________________________________________________</w:t>
      </w:r>
    </w:p>
    <w:p/>
    <w:p/>
    <w:p>
      <w:r>
        <w:rPr>
          <w:b/>
          <w:sz w:val="22"/>
        </w:rPr>
        <w:t>Oggetto: Comunicazione di licenziamento per superamento del periodo di comporto</w:t>
      </w:r>
    </w:p>
    <w:p/>
    <w:p>
      <w:r>
        <w:rPr>
          <w:b w:val="0"/>
          <w:sz w:val="20"/>
        </w:rPr>
        <w:t>Gentile Sig./Sig.ra,</w:t>
      </w:r>
    </w:p>
    <w:p/>
    <w:p>
      <w:r>
        <w:rPr>
          <w:b w:val="0"/>
          <w:sz w:val="20"/>
        </w:rPr>
        <w:t>Con la presente, la scrivente Azienda intende informarla che, a seguito del superamento del periodo di comporto previsto dalla normativa vigente e dal Contratto Collettivo Nazionale del Lavoro applicabile, non è più possibile mantenere il rapporto di lavoro in corso.</w:t>
      </w:r>
    </w:p>
    <w:p/>
    <w:p>
      <w:r>
        <w:rPr>
          <w:b w:val="0"/>
          <w:sz w:val="20"/>
        </w:rPr>
        <w:t>In base all’art. 2110 del Codice Civile e alle disposizioni normative e contrattuali, il rapporto di lavoro viene pertanto risolto per giustificato motivo oggettivo, con effetto immediato a decorrere dalla data di ricevimento della presente comunicazione.</w:t>
      </w:r>
    </w:p>
    <w:p/>
    <w:p>
      <w:r>
        <w:rPr>
          <w:b w:val="0"/>
          <w:sz w:val="20"/>
        </w:rPr>
        <w:t>Il superamento del periodo di comporto, che rappresenta il limite massimo di assenza per malattia tutelato dal datore di lavoro, impedisce la prosecuzione del rapporto lavorativo, essendo venute meno le condizioni necessarie per il suo mantenimento.</w:t>
      </w:r>
    </w:p>
    <w:p/>
    <w:p>
      <w:r>
        <w:rPr>
          <w:b w:val="0"/>
          <w:sz w:val="20"/>
        </w:rPr>
        <w:t>Si precisa che la presente decisione è stata adottata nel pieno rispetto della normativa vigente, e che ogni eventuale trattamento economico e normativo a lei spettante fino alla data di cessazione del rapporto sarà regolarmente corrisposto.</w:t>
      </w:r>
    </w:p>
    <w:p/>
    <w:p>
      <w:r>
        <w:rPr>
          <w:b w:val="0"/>
          <w:sz w:val="20"/>
        </w:rPr>
        <w:t>La invitiamo a restituire entro e non oltre la data di cessazione tutto il materiale aziendale in suo possesso, compresi eventuali strumenti di lavoro, documenti e dispositivi elettronici.</w:t>
      </w:r>
    </w:p>
    <w:p/>
    <w:p>
      <w:r>
        <w:rPr>
          <w:b w:val="0"/>
          <w:sz w:val="20"/>
        </w:rPr>
        <w:t>Restiamo a disposizione per ogni eventuale chiarimento e per definire le modalità di chiusura del rapporto di lavoro.</w:t>
      </w:r>
    </w:p>
    <w:p/>
    <w:p/>
    <w:p>
      <w:r>
        <w:rPr>
          <w:b w:val="0"/>
          <w:sz w:val="20"/>
        </w:rPr>
        <w:t>Distinti saluti,</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Per l'Azienda</w:t>
            </w:r>
          </w:p>
        </w:tc>
        <w:tc>
          <w:tcPr>
            <w:tcW w:type="dxa" w:w="4986"/>
            <w:tcBorders>
              <w:top w:val="nil"/>
              <w:left w:val="nil"/>
              <w:bottom w:val="nil"/>
              <w:right w:val="nil"/>
              <w:insideH w:val="nil"/>
              <w:insideV w:val="nil"/>
            </w:tcBorders>
          </w:tcPr>
          <w:p>
            <w:pPr>
              <w:jc w:val="center"/>
            </w:pPr>
            <w:r>
              <w:t>Il Lavoratore</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Nome : ________________________________</w:t>
            </w:r>
          </w:p>
        </w:tc>
        <w:tc>
          <w:tcPr>
            <w:tcW w:type="dxa" w:w="4986"/>
            <w:tcBorders>
              <w:top w:val="nil"/>
              <w:left w:val="nil"/>
              <w:bottom w:val="nil"/>
              <w:right w:val="nil"/>
              <w:insideH w:val="nil"/>
              <w:insideV w:val="nil"/>
            </w:tcBorders>
          </w:tcPr>
          <w:p>
            <w:pPr>
              <w:jc w:val="center"/>
            </w:pPr>
            <w:r>
              <w:t>Nome : ________________________________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https://esperto-lettere.com/lettera-licenziamento-superamento-periodo-di-comporto/</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https://esperto-lettere.com</w:t>
        </w:r>
      </w:hyperlink>
    </w:p>
    <w:p>
      <w:pPr>
        <w:jc w:val="center"/>
      </w:pPr>
      <w:r>
        <w:rPr>
          <w:color w:val="808080"/>
          <w:sz w:val="20"/>
        </w:rPr>
        <w:t>Questo modello è destinato esclusivamente a un uso personale e non commerciale.</w:t>
        <w:br/>
        <w:t>Qualsiasi diffusione o pubblicazione deve citare obbligatoriamente la fonte. © esperto-lettere.com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lettere.com/lettera-licenziamento-superamento-periodo-di-comporto/" TargetMode="External"/><Relationship Id="rId10" Type="http://schemas.openxmlformats.org/officeDocument/2006/relationships/hyperlink" Target="https://esperto-lette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