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LICENZIAMENTO BADANTE</w:t>
      </w:r>
    </w:p>
    <w:p/>
    <w:p/>
    <w:p>
      <w:r>
        <w:rPr>
          <w:b/>
          <w:sz w:val="20"/>
        </w:rPr>
        <w:t>DATORE DI LAVORO: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Indirizzo : _______________________________________________________</w:t>
      </w:r>
    </w:p>
    <w:p>
      <w:r>
        <w:rPr>
          <w:b w:val="0"/>
          <w:sz w:val="20"/>
        </w:rPr>
        <w:t>Telefono : ________________________________________________________</w:t>
      </w:r>
    </w:p>
    <w:p/>
    <w:p>
      <w:r>
        <w:rPr>
          <w:b/>
          <w:sz w:val="20"/>
        </w:rPr>
        <w:t>BADANTE (LAVORATORE):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Luogo e Data di Nascita : _________________________________________</w:t>
      </w:r>
    </w:p>
    <w:p>
      <w:r>
        <w:rPr>
          <w:b w:val="0"/>
          <w:sz w:val="20"/>
        </w:rPr>
        <w:t>Indirizzo : _______________________________________________________</w:t>
      </w:r>
    </w:p>
    <w:p/>
    <w:p/>
    <w:p>
      <w:r>
        <w:rPr>
          <w:b/>
          <w:sz w:val="20"/>
        </w:rPr>
        <w:t>Oggetto: Lettera di Licenziamento</w:t>
      </w:r>
    </w:p>
    <w:p/>
    <w:p>
      <w:r>
        <w:rPr>
          <w:b w:val="0"/>
          <w:sz w:val="20"/>
        </w:rPr>
        <w:t>Con la presente, il/la sottoscritto/a, in qualità di datore di lavoro, comunica formalmente il licenziamento del/la badante sopra indicato/a, con effetto immediato (o con termine di preavviso come previsto dal contratto e dalla normativa vigente).</w:t>
      </w:r>
    </w:p>
    <w:p/>
    <w:p>
      <w:r>
        <w:rPr>
          <w:b w:val="0"/>
          <w:sz w:val="20"/>
        </w:rPr>
        <w:t>Il licenziamento è motivato da ragioni di natura (indicare la motivazione valida, ad esempio: cessazione del bisogno di assistenza, mancato rispetto degli obblighi contrattuali, giusta causa o giustificato motivo).</w:t>
      </w:r>
    </w:p>
    <w:p/>
    <w:p>
      <w:r>
        <w:rPr>
          <w:b w:val="0"/>
          <w:sz w:val="20"/>
        </w:rPr>
        <w:t>Si precisa che il presente atto è conforme alle disposizioni del Contratto Collettivo Nazionale del Lavoro (CCNL) per il settore domestico e alla normativa vigente in materia di lavoro e licenziamento.</w:t>
      </w:r>
    </w:p>
    <w:p/>
    <w:p>
      <w:r>
        <w:rPr>
          <w:b w:val="0"/>
          <w:sz w:val="20"/>
        </w:rPr>
        <w:t>Il/la lavoratore/lavoratrice è tenuto/a a rispettare il periodo di preavviso (se previsto), che decorre dalla ricezione della presente, salvo diversa intesa tra le parti.</w:t>
      </w:r>
    </w:p>
    <w:p/>
    <w:p>
      <w:r>
        <w:rPr>
          <w:b w:val="0"/>
          <w:sz w:val="20"/>
        </w:rPr>
        <w:t>Si invita pertanto il/la badante a provvedere alla riconsegna di eventuali beni, chiavi o documenti di pertinenza dell’assistito e a regolarizzare gli aspetti relativi alla cessazione del rapporto di lavoro.</w:t>
      </w:r>
    </w:p>
    <w:p/>
    <w:p>
      <w:r>
        <w:rPr>
          <w:b w:val="0"/>
          <w:sz w:val="20"/>
        </w:rPr>
        <w:t>Resta inteso che il/la lavoratore/lavoratrice ha diritto a tutte le competenze maturate fino alla data di cessazione del rapporto, ivi comprese le ferie non godute, la tredicesima proporzionale e la liquidazione finale.</w:t>
      </w:r>
    </w:p>
    <w:p/>
    <w:p/>
    <w:p>
      <w:r>
        <w:rPr>
          <w:b/>
          <w:sz w:val="20"/>
        </w:rPr>
        <w:t>Luogo : __________________________________________</w:t>
      </w:r>
    </w:p>
    <w:p>
      <w:r>
        <w:rPr>
          <w:b/>
          <w:sz w:val="20"/>
        </w:rPr>
        <w:t>Data : ___________________________________________</w:t>
      </w:r>
    </w:p>
    <w:p/>
    <w:p/>
    <w:p/>
    <w:p>
      <w:r>
        <w:rPr>
          <w:b/>
          <w:sz w:val="20"/>
        </w:rPr>
        <w:t>Firma del Datore di Lavoro:</w:t>
      </w:r>
    </w:p>
    <w:p>
      <w:r>
        <w:rPr>
          <w:b w:val="0"/>
          <w:sz w:val="20"/>
        </w:rPr>
        <w:t>______________________________________________</w:t>
      </w:r>
    </w:p>
    <w:p/>
    <w:p/>
    <w:p/>
    <w:p>
      <w:r>
        <w:rPr>
          <w:b/>
          <w:sz w:val="20"/>
        </w:rPr>
        <w:t>Firma di ricezione del/la Badante:</w:t>
      </w:r>
    </w:p>
    <w:p>
      <w:r>
        <w:rPr>
          <w:b w:val="0"/>
          <w:sz w:val="20"/>
        </w:rPr>
        <w:t>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BADANTE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https://esperto-lettere.com/lettera-licenziamento-badante/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licenziamento-badant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