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LIBERATORIA FIDEIUSSIONE</w:t>
      </w:r>
    </w:p>
    <w:p/>
    <w:p/>
    <w:p>
      <w:r>
        <w:rPr>
          <w:b w:val="0"/>
          <w:sz w:val="20"/>
        </w:rPr>
        <w:t>Il sottoscritto, di seguito denominato "Fideiussore", nella sua qualità di garante,</w:t>
      </w:r>
    </w:p>
    <w:p>
      <w:r>
        <w:rPr>
          <w:b w:val="0"/>
          <w:sz w:val="20"/>
        </w:rPr>
        <w:t>in favore di _________________________, di seguito denominato "Beneficiario",</w:t>
      </w:r>
    </w:p>
    <w:p>
      <w:r>
        <w:rPr>
          <w:b w:val="0"/>
          <w:sz w:val="20"/>
        </w:rPr>
        <w:t>riferendosi alla fideiussione n. _____________________,</w:t>
      </w:r>
    </w:p>
    <w:p>
      <w:r>
        <w:rPr>
          <w:b w:val="0"/>
          <w:sz w:val="20"/>
        </w:rPr>
        <w:t>rilasciata a copertura di obbligazioni contrattuali tra il Beneficiario e ______________________,</w:t>
      </w:r>
    </w:p>
    <w:p>
      <w:r>
        <w:rPr>
          <w:b w:val="0"/>
          <w:sz w:val="20"/>
        </w:rPr>
        <w:t>dichiara quanto segue:</w:t>
      </w:r>
    </w:p>
    <w:p/>
    <w:p/>
    <w:p>
      <w:r>
        <w:rPr>
          <w:b/>
          <w:sz w:val="20"/>
        </w:rPr>
        <w:t>1. OGGETTO DELLA LIBERATORIA</w:t>
      </w:r>
    </w:p>
    <w:p>
      <w:r>
        <w:rPr>
          <w:b w:val="0"/>
          <w:sz w:val="20"/>
        </w:rPr>
        <w:t>Il Fideiussore, con la presente, dichiara di essere stato liberato da ogni obbligo e impegno derivante dalla fideiussione sopra indicata,</w:t>
      </w:r>
    </w:p>
    <w:p>
      <w:r>
        <w:rPr>
          <w:b w:val="0"/>
          <w:sz w:val="20"/>
        </w:rPr>
        <w:t>in quanto le obbligazioni garantite sono state integralmente adempiute e/o estinte, e pertanto rinuncia a qualsiasi diritto o pretesa nei confronti del Beneficiario.</w:t>
      </w:r>
    </w:p>
    <w:p/>
    <w:p>
      <w:r>
        <w:rPr>
          <w:b/>
          <w:sz w:val="20"/>
        </w:rPr>
        <w:t>2. DECADENZA DELLA FIDEIUSSIONE</w:t>
      </w:r>
    </w:p>
    <w:p>
      <w:r>
        <w:rPr>
          <w:b w:val="0"/>
          <w:sz w:val="20"/>
        </w:rPr>
        <w:t>Con la presente liberatoria, il Beneficiario riconosce che la fideiussione non potrà più essere fatta valere nei confronti del Fideiussore,</w:t>
      </w:r>
    </w:p>
    <w:p>
      <w:r>
        <w:rPr>
          <w:b w:val="0"/>
          <w:sz w:val="20"/>
        </w:rPr>
        <w:t>che è pertanto sollevato da ogni responsabilità e obbligo connesso alla stessa.</w:t>
      </w:r>
    </w:p>
    <w:p/>
    <w:p>
      <w:r>
        <w:rPr>
          <w:b/>
          <w:sz w:val="20"/>
        </w:rPr>
        <w:t>3. EFFETTI DELLA LIBERATORIA</w:t>
      </w:r>
    </w:p>
    <w:p>
      <w:r>
        <w:rPr>
          <w:b w:val="0"/>
          <w:sz w:val="20"/>
        </w:rPr>
        <w:t>La presente lettera liberatoria costituisce titolo sufficiente per il Fideiussore per richiedere la restituzione di eventuali garanzie,</w:t>
      </w:r>
    </w:p>
    <w:p>
      <w:r>
        <w:rPr>
          <w:b w:val="0"/>
          <w:sz w:val="20"/>
        </w:rPr>
        <w:t>nonché per estinguere ogni vincolo contrattuale inerente alla fideiussione.</w:t>
      </w:r>
    </w:p>
    <w:p/>
    <w:p>
      <w:r>
        <w:rPr>
          <w:b/>
          <w:sz w:val="20"/>
        </w:rPr>
        <w:t>4. NULLITÀ PARZIALE</w:t>
      </w:r>
    </w:p>
    <w:p>
      <w:r>
        <w:rPr>
          <w:b w:val="0"/>
          <w:sz w:val="20"/>
        </w:rPr>
        <w:t>Nel caso in cui una qualsiasi disposizione della presente lettera liberatoria venga ritenuta nulla, invalida o inefficace,</w:t>
      </w:r>
    </w:p>
    <w:p>
      <w:r>
        <w:rPr>
          <w:b w:val="0"/>
          <w:sz w:val="20"/>
        </w:rPr>
        <w:t>tale nullità, invalidità o inefficacia non pregiudicherà la validità delle restanti disposizioni, che resteranno pienamente efficaci.</w:t>
      </w:r>
    </w:p>
    <w:p/>
    <w:p>
      <w:r>
        <w:rPr>
          <w:b/>
          <w:sz w:val="20"/>
        </w:rPr>
        <w:t>5. LEGGE APPLICABILE E FORO COMPETENTE</w:t>
      </w:r>
    </w:p>
    <w:p>
      <w:r>
        <w:rPr>
          <w:b w:val="0"/>
          <w:sz w:val="20"/>
        </w:rPr>
        <w:t>La presente lettera liberatoria è regolata dalla legge italiana.</w:t>
      </w:r>
    </w:p>
    <w:p>
      <w:r>
        <w:rPr>
          <w:b w:val="0"/>
          <w:sz w:val="20"/>
        </w:rPr>
        <w:t>Per ogni controversia relativa all'interpretazione, esecuzione o validità della presente liberatoria,</w:t>
      </w:r>
    </w:p>
    <w:p>
      <w:r>
        <w:rPr>
          <w:b w:val="0"/>
          <w:sz w:val="20"/>
        </w:rPr>
        <w:t>è competente in via esclusiva il Foro di ___________________.</w:t>
      </w:r>
    </w:p>
    <w:p/>
    <w:p/>
    <w:p>
      <w:r>
        <w:rPr>
          <w:b w:val="0"/>
          <w:sz w:val="20"/>
        </w:rPr>
        <w:t>Il Fideiussore dichiara di aver compreso integralmente il contenuto della presente lettera liberatoria e di accettarne senza riserve tutti i termini.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FIDEIUSSORE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https://esperto-lettere.com/lettera-liberatoria-fideiussione-fac-simile/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liberatoria-fideiussione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