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IMPEGNO PER ASSUNZIONE</w:t>
      </w:r>
    </w:p>
    <w:p/>
    <w:p/>
    <w:p>
      <w:r>
        <w:rPr>
          <w:b w:val="0"/>
          <w:sz w:val="20"/>
        </w:rPr>
        <w:t>Il sottoscritto ________________________________, nato a ________________________, residente in ________________________________, codice fiscale ________________________________, di seguito denominato 'Candidato',</w:t>
      </w:r>
    </w:p>
    <w:p>
      <w:r>
        <w:rPr>
          <w:b w:val="0"/>
          <w:sz w:val="20"/>
        </w:rPr>
        <w:t>e la società ________________________________, con sede legale in ________________________________, codice fiscale/partita IVA ________________________________, rappresentata dal Sig./Sig.ra ________________________________, di seguito denominata 'Datore di Lavoro',</w:t>
      </w:r>
    </w:p>
    <w:p/>
    <w:p>
      <w:r>
        <w:rPr>
          <w:b/>
          <w:sz w:val="20"/>
        </w:rPr>
        <w:t>PREMESSO CHE</w:t>
      </w:r>
    </w:p>
    <w:p>
      <w:r>
        <w:rPr>
          <w:b w:val="0"/>
          <w:sz w:val="20"/>
        </w:rPr>
        <w:t>a) il Datore di Lavoro intende procedere all'assunzione del Candidato con rapporto di lavoro subordinato;</w:t>
      </w:r>
    </w:p>
    <w:p>
      <w:r>
        <w:rPr>
          <w:b w:val="0"/>
          <w:sz w:val="20"/>
        </w:rPr>
        <w:t>b) il Candidato ha manifestato la propria volontà di aderire all'offerta di assunzione alle condizioni qui di seguito indicate;</w:t>
      </w:r>
    </w:p>
    <w:p/>
    <w:p>
      <w:r>
        <w:rPr>
          <w:b/>
          <w:sz w:val="20"/>
        </w:rPr>
        <w:t>SI CONVIENE E SI STIPULA QUANTO SEGUE</w:t>
      </w:r>
    </w:p>
    <w:p/>
    <w:p>
      <w:r>
        <w:rPr>
          <w:b/>
          <w:sz w:val="20"/>
        </w:rPr>
        <w:t>1. Oggetto dell’Impegno</w:t>
      </w:r>
    </w:p>
    <w:p>
      <w:r>
        <w:rPr>
          <w:b w:val="0"/>
          <w:sz w:val="20"/>
        </w:rPr>
        <w:t>Il Datore di Lavoro si impegna ad assumere il Candidato alle condizioni di seguito specificate, mentre il Candidato si impegna ad accettare tale assunzione.</w:t>
      </w:r>
    </w:p>
    <w:p/>
    <w:p>
      <w:r>
        <w:rPr>
          <w:b/>
          <w:sz w:val="20"/>
        </w:rPr>
        <w:t>2. Tipologia e Durata del Rapporto di Lavoro</w:t>
      </w:r>
    </w:p>
    <w:p>
      <w:r>
        <w:rPr>
          <w:b w:val="0"/>
          <w:sz w:val="20"/>
        </w:rPr>
        <w:t>L’assunzione avverrà con contratto di lavoro subordinato a tempo indeterminato/ determinato (barrare la scelta), con periodo di prova di durata conforme al CCNL applicabile.</w:t>
      </w:r>
    </w:p>
    <w:p/>
    <w:p>
      <w:r>
        <w:rPr>
          <w:b/>
          <w:sz w:val="20"/>
        </w:rPr>
        <w:t>3. Mansioni e Inquadramento</w:t>
      </w:r>
    </w:p>
    <w:p>
      <w:r>
        <w:rPr>
          <w:b w:val="0"/>
          <w:sz w:val="20"/>
        </w:rPr>
        <w:t>Il Candidato sarà inquadrato come ________________________________ e svolgerà le mansioni di ________________________________, secondo quanto previsto dal CCNL applicabile.</w:t>
      </w:r>
    </w:p>
    <w:p/>
    <w:p>
      <w:r>
        <w:rPr>
          <w:b/>
          <w:sz w:val="20"/>
        </w:rPr>
        <w:t>4. Retribuzione</w:t>
      </w:r>
    </w:p>
    <w:p>
      <w:r>
        <w:rPr>
          <w:b w:val="0"/>
          <w:sz w:val="20"/>
        </w:rPr>
        <w:t>Il Candidato percepirà una retribuzione lorda mensile pari a € ________________, oltre agli eventuali trattamenti accessori previsti dal CCNL e dalla normativa vigente.</w:t>
      </w:r>
    </w:p>
    <w:p/>
    <w:p>
      <w:r>
        <w:rPr>
          <w:b/>
          <w:sz w:val="20"/>
        </w:rPr>
        <w:t>5. Luogo e Orario di Lavoro</w:t>
      </w:r>
    </w:p>
    <w:p>
      <w:r>
        <w:rPr>
          <w:b w:val="0"/>
          <w:sz w:val="20"/>
        </w:rPr>
        <w:t>Il luogo di lavoro sarà presso ________________________________. L’orario di lavoro sarà conforme a quanto previsto dal CCNL applicabile e dalla normativa vigente.</w:t>
      </w:r>
    </w:p>
    <w:p/>
    <w:p>
      <w:r>
        <w:rPr>
          <w:b/>
          <w:sz w:val="20"/>
        </w:rPr>
        <w:t>6. Obblighi delle Parti</w:t>
      </w:r>
    </w:p>
    <w:p>
      <w:r>
        <w:rPr>
          <w:b w:val="0"/>
          <w:sz w:val="20"/>
        </w:rPr>
        <w:t>Il Candidato si impegna a rispettare le disposizioni aziendali, a svolgere con diligenza e professionalità le mansioni affidate e a mantenere riservatezza su tutte le informazioni aziendali. Il Datore di Lavoro si impegna ad assicurare il rispetto delle condizioni contrattuali e normative vigenti.</w:t>
      </w:r>
    </w:p>
    <w:p/>
    <w:p>
      <w:r>
        <w:rPr>
          <w:b/>
          <w:sz w:val="20"/>
        </w:rPr>
        <w:t>7. Risoluzione</w:t>
      </w:r>
    </w:p>
    <w:p>
      <w:r>
        <w:rPr>
          <w:b w:val="0"/>
          <w:sz w:val="20"/>
        </w:rPr>
        <w:t>La presente lettera di impegno non costituisce vincolo contrattuale definitivo qualora una delle parti eserciti il diritto di recesso prima della stipula del contratto definitivo. Qualora il contratto venga stipulato, si applicheranno le condizioni di legge e contrattuali vigenti.</w:t>
      </w:r>
    </w:p>
    <w:p/>
    <w:p>
      <w:r>
        <w:rPr>
          <w:b/>
          <w:sz w:val="20"/>
        </w:rPr>
        <w:t>8. Legge Applicabile e Foro Competente</w:t>
      </w:r>
    </w:p>
    <w:p>
      <w:r>
        <w:rPr>
          <w:b w:val="0"/>
          <w:sz w:val="20"/>
        </w:rPr>
        <w:t>Il presente impegno è regolato dalla legge italiana. Per ogni controversia sarà competente in via esclusiva il Foro di ________________________________.</w:t>
      </w:r>
    </w:p>
    <w:p/>
    <w:p/>
    <w:p>
      <w:r>
        <w:rPr>
          <w:b w:val="0"/>
          <w:sz w:val="20"/>
        </w:rPr>
        <w:t>Luogo : ________________________________    Firma del Datore di Lavoro : ________________________________</w:t>
      </w:r>
    </w:p>
    <w:p/>
    <w:p/>
    <w:p>
      <w:r>
        <w:rPr>
          <w:b w:val="0"/>
          <w:sz w:val="20"/>
        </w:rPr>
        <w:t>Firma del Candidato : 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DATORE DI LAVORO</w:t>
            </w:r>
          </w:p>
        </w:tc>
        <w:tc>
          <w:tcPr>
            <w:tcW w:type="dxa" w:w="4986"/>
            <w:tcBorders>
              <w:top w:val="nil"/>
              <w:left w:val="nil"/>
              <w:bottom w:val="nil"/>
              <w:right w:val="nil"/>
              <w:insideH w:val="nil"/>
              <w:insideV w:val="nil"/>
            </w:tcBorders>
          </w:tcPr>
          <w:p>
            <w:pPr>
              <w:jc w:val="center"/>
            </w:pPr>
            <w:r>
              <w:t>CANDIDATO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e Cognome : ________________________________</w:t>
            </w:r>
          </w:p>
        </w:tc>
        <w:tc>
          <w:tcPr>
            <w:tcW w:type="dxa" w:w="4986"/>
            <w:tcBorders>
              <w:top w:val="nil"/>
              <w:left w:val="nil"/>
              <w:bottom w:val="nil"/>
              <w:right w:val="nil"/>
              <w:insideH w:val="nil"/>
              <w:insideV w:val="nil"/>
            </w:tcBorders>
          </w:tcPr>
          <w:p>
            <w:pPr>
              <w:jc w:val="center"/>
            </w:pPr>
            <w:r>
              <w:t>Nome e Cognome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https://esperto-lettere.com/lettera-impegno-assunzione-fac-simile/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lettera-impegno-assunzione-fac-simile/"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