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VETTURA - FAC SIMILE</w:t>
      </w:r>
    </w:p>
    <w:p/>
    <w:p/>
    <w:p>
      <w:r>
        <w:rPr>
          <w:b/>
          <w:sz w:val="20"/>
        </w:rPr>
        <w:t>MITTENTE</w:t>
      </w:r>
    </w:p>
    <w:p>
      <w:r>
        <w:rPr>
          <w:b w:val="0"/>
          <w:sz w:val="20"/>
        </w:rPr>
        <w:t>Nome/Ragione Sociale : ________________________________________________</w:t>
      </w:r>
    </w:p>
    <w:p>
      <w:r>
        <w:rPr>
          <w:b w:val="0"/>
          <w:sz w:val="20"/>
        </w:rPr>
        <w:t>Indirizzo : ____________________________________________________________</w:t>
      </w:r>
    </w:p>
    <w:p>
      <w:r>
        <w:rPr>
          <w:b w:val="0"/>
          <w:sz w:val="20"/>
        </w:rPr>
        <w:t>CAP : _______________   Città : _________________   Provincia : __________</w:t>
      </w:r>
    </w:p>
    <w:p>
      <w:r>
        <w:rPr>
          <w:b w:val="0"/>
          <w:sz w:val="20"/>
        </w:rPr>
        <w:t>Partita IVA/Codice Fiscale : ____________________________________________</w:t>
      </w:r>
    </w:p>
    <w:p>
      <w:r>
        <w:rPr>
          <w:b w:val="0"/>
          <w:sz w:val="20"/>
        </w:rPr>
        <w:t>Telefono : ___________________   Email : _______________________________</w:t>
      </w:r>
    </w:p>
    <w:p/>
    <w:p/>
    <w:p>
      <w:r>
        <w:rPr>
          <w:b/>
          <w:sz w:val="20"/>
        </w:rPr>
        <w:t>DESTINATARIO</w:t>
      </w:r>
    </w:p>
    <w:p>
      <w:r>
        <w:rPr>
          <w:b w:val="0"/>
          <w:sz w:val="20"/>
        </w:rPr>
        <w:t>Nome/Ragione Sociale : ________________________________________________</w:t>
      </w:r>
    </w:p>
    <w:p>
      <w:r>
        <w:rPr>
          <w:b w:val="0"/>
          <w:sz w:val="20"/>
        </w:rPr>
        <w:t>Indirizzo : ____________________________________________________________</w:t>
      </w:r>
    </w:p>
    <w:p>
      <w:r>
        <w:rPr>
          <w:b w:val="0"/>
          <w:sz w:val="20"/>
        </w:rPr>
        <w:t>CAP : _______________   Città : _________________   Provincia : __________</w:t>
      </w:r>
    </w:p>
    <w:p>
      <w:r>
        <w:rPr>
          <w:b w:val="0"/>
          <w:sz w:val="20"/>
        </w:rPr>
        <w:t>Partita IVA/Codice Fiscale : ____________________________________________</w:t>
      </w:r>
    </w:p>
    <w:p>
      <w:r>
        <w:rPr>
          <w:b w:val="0"/>
          <w:sz w:val="20"/>
        </w:rPr>
        <w:t>Telefono : ___________________   Email : _______________________________</w:t>
      </w:r>
    </w:p>
    <w:p/>
    <w:p/>
    <w:p>
      <w:r>
        <w:rPr>
          <w:b/>
          <w:sz w:val="20"/>
        </w:rPr>
        <w:t>DETTAGLI DEL TRASPORTO</w:t>
      </w:r>
    </w:p>
    <w:p>
      <w:r>
        <w:rPr>
          <w:b w:val="0"/>
          <w:sz w:val="20"/>
        </w:rPr>
        <w:t>Luogo di Partenza : _________________________________________________</w:t>
      </w:r>
    </w:p>
    <w:p>
      <w:r>
        <w:rPr>
          <w:b w:val="0"/>
          <w:sz w:val="20"/>
        </w:rPr>
        <w:t>Luogo di Destinazione : ______________________________________________</w:t>
      </w:r>
    </w:p>
    <w:p>
      <w:r>
        <w:rPr>
          <w:b w:val="0"/>
          <w:sz w:val="20"/>
        </w:rPr>
        <w:t>Data di Spedizione : _________________________________________________</w:t>
      </w:r>
    </w:p>
    <w:p>
      <w:r>
        <w:rPr>
          <w:b w:val="0"/>
          <w:sz w:val="20"/>
        </w:rPr>
        <w:t>Mezzo di Trasporto : _________________________________________________</w:t>
      </w:r>
    </w:p>
    <w:p/>
    <w:p/>
    <w:p>
      <w:r>
        <w:rPr>
          <w:b/>
          <w:sz w:val="20"/>
        </w:rPr>
        <w:t>DESCRIZIONE DELLA MERCE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N. Colli</w:t>
            </w:r>
          </w:p>
        </w:tc>
        <w:tc>
          <w:tcPr>
            <w:tcW w:type="dxa" w:w="1994"/>
          </w:tcPr>
          <w:p>
            <w:r>
              <w:t>Descrizione Merce</w:t>
            </w:r>
          </w:p>
        </w:tc>
        <w:tc>
          <w:tcPr>
            <w:tcW w:type="dxa" w:w="1994"/>
          </w:tcPr>
          <w:p>
            <w:r>
              <w:t>Peso Lordo (kg)</w:t>
            </w:r>
          </w:p>
        </w:tc>
        <w:tc>
          <w:tcPr>
            <w:tcW w:type="dxa" w:w="1994"/>
          </w:tcPr>
          <w:p>
            <w:r>
              <w:t>Peso Netto (kg)</w:t>
            </w:r>
          </w:p>
        </w:tc>
        <w:tc>
          <w:tcPr>
            <w:tcW w:type="dxa" w:w="1994"/>
          </w:tcPr>
          <w:p>
            <w:r>
              <w:t>Volume (m³)</w:t>
            </w:r>
          </w:p>
        </w:tc>
      </w:tr>
      <w:tr>
        <w:tc>
          <w:tcPr>
            <w:tcW w:type="dxa" w:w="1994"/>
          </w:tcPr>
          <w:p>
            <w:r>
              <w:t>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</w:t>
            </w:r>
          </w:p>
        </w:tc>
      </w:tr>
    </w:tbl>
    <w:p/>
    <w:p/>
    <w:p>
      <w:r>
        <w:rPr>
          <w:b/>
          <w:sz w:val="20"/>
        </w:rPr>
        <w:t>CONDIZIONI DI TRASPORTO</w:t>
      </w:r>
    </w:p>
    <w:p>
      <w:r>
        <w:rPr>
          <w:b w:val="0"/>
          <w:sz w:val="20"/>
        </w:rPr>
        <w:t>Il vettore è responsabile della merce dal momento del ritiro fino alla consegna, salvo cause di forza maggiore o eventi non imputabili.</w:t>
      </w:r>
    </w:p>
    <w:p>
      <w:r>
        <w:rPr>
          <w:b w:val="0"/>
          <w:sz w:val="20"/>
        </w:rPr>
        <w:t>Il mittente dichiara che la merce è imballata in modo idoneo per il trasporto e che non contiene materiali pericolosi.</w:t>
      </w:r>
    </w:p>
    <w:p>
      <w:r>
        <w:rPr>
          <w:b w:val="0"/>
          <w:sz w:val="20"/>
        </w:rPr>
        <w:t>Eventuali danni o mancanze devono essere contestati al momento della consegna con riserva scritta.</w:t>
      </w:r>
    </w:p>
    <w:p/>
    <w:p/>
    <w:p>
      <w:r>
        <w:rPr>
          <w:b/>
          <w:sz w:val="20"/>
        </w:rPr>
        <w:t>SPESE E PAGAMENTO</w:t>
      </w:r>
    </w:p>
    <w:p>
      <w:r>
        <w:rPr>
          <w:b w:val="0"/>
          <w:sz w:val="20"/>
        </w:rPr>
        <w:t>Le spese di trasporto sono a carico del ________________________________________ (indicare Mittente/Destinatario/Altro).</w:t>
      </w:r>
    </w:p>
    <w:p>
      <w:r>
        <w:rPr>
          <w:b w:val="0"/>
          <w:sz w:val="20"/>
        </w:rPr>
        <w:t>Il pagamento deve essere effettuato secondo le modalità concordate tra le parti.</w:t>
      </w:r>
    </w:p>
    <w:p/>
    <w:p/>
    <w:p>
      <w:r>
        <w:rPr>
          <w:b/>
          <w:sz w:val="20"/>
        </w:rPr>
        <w:t>DICHIARAZIONI</w:t>
      </w:r>
    </w:p>
    <w:p>
      <w:r>
        <w:rPr>
          <w:b w:val="0"/>
          <w:sz w:val="20"/>
        </w:rPr>
        <w:t>Il mittente dichiara di aver preso visione delle condizioni generali di trasporto e accetta integralmente i termini indicati.</w:t>
      </w:r>
    </w:p>
    <w:p/>
    <w:p/>
    <w:p>
      <w:r>
        <w:rPr>
          <w:b w:val="0"/>
          <w:sz w:val="20"/>
        </w:rPr>
        <w:t>Luogo : _____________________________________</w:t>
      </w:r>
    </w:p>
    <w:p>
      <w:r>
        <w:rPr>
          <w:b w:val="0"/>
          <w:sz w:val="20"/>
        </w:rPr>
        <w:t>Data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VETTORE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https://esperto-lettere.com/lettera-di-vettura-fac-simile/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di-vettura-fac-simi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