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SEPARAZIONE</w:t>
      </w:r>
    </w:p>
    <w:p/>
    <w:p/>
    <w:p>
      <w:r>
        <w:rPr>
          <w:b/>
          <w:sz w:val="20"/>
        </w:rPr>
        <w:t>Spettabile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Via __________________________</w:t>
      </w:r>
    </w:p>
    <w:p>
      <w:r>
        <w:rPr>
          <w:b w:val="0"/>
          <w:sz w:val="20"/>
        </w:rPr>
        <w:t>CAP ________ - Città _______________</w:t>
      </w:r>
    </w:p>
    <w:p/>
    <w:p/>
    <w:p>
      <w:r>
        <w:rPr>
          <w:b/>
          <w:sz w:val="20"/>
        </w:rPr>
        <w:t>Oggetto: Lettera di separazione consensuale</w:t>
      </w:r>
    </w:p>
    <w:p/>
    <w:p/>
    <w:p>
      <w:r>
        <w:rPr>
          <w:b w:val="0"/>
          <w:sz w:val="20"/>
        </w:rPr>
        <w:t>Gentile Sig./Sig.ra ________________________________,</w:t>
      </w:r>
    </w:p>
    <w:p/>
    <w:p>
      <w:r>
        <w:rPr>
          <w:b w:val="0"/>
          <w:sz w:val="20"/>
        </w:rPr>
        <w:t>Con la presente, in riferimento al rapporto di lavoro in essere tra Lei e la società _______________________________, si comunica la volontà di procedere ad una separazione consensuale tra le parti, regolata secondo le condizioni di seguito indicate.</w:t>
      </w:r>
    </w:p>
    <w:p/>
    <w:p>
      <w:r>
        <w:rPr>
          <w:b/>
          <w:sz w:val="20"/>
        </w:rPr>
        <w:t>1. Oggetto della separazione</w:t>
      </w:r>
    </w:p>
    <w:p>
      <w:r>
        <w:rPr>
          <w:b w:val="0"/>
          <w:sz w:val="20"/>
        </w:rPr>
        <w:t>Le parti concordano di porre fine al rapporto di lavoro subordinato con effetto immediato, senza obbligo di preavviso, né ulteriori richieste o pretese di natura economica o contrattuale, fatte salve le spettanze già maturate.</w:t>
      </w:r>
    </w:p>
    <w:p/>
    <w:p>
      <w:r>
        <w:rPr>
          <w:b/>
          <w:sz w:val="20"/>
        </w:rPr>
        <w:t>2. Riconoscimento economico</w:t>
      </w:r>
    </w:p>
    <w:p>
      <w:r>
        <w:rPr>
          <w:b w:val="0"/>
          <w:sz w:val="20"/>
        </w:rPr>
        <w:t>La società riconosce al Sig./Sig.ra ___________________ un'indennità di separazione pari ad € ____________, a titolo di saldo e stralcio di ogni pretesa derivante dal rapporto di lavoro, che sarà corrisposta con le modalità concordate tra le parti.</w:t>
      </w:r>
    </w:p>
    <w:p/>
    <w:p>
      <w:r>
        <w:rPr>
          <w:b/>
          <w:sz w:val="20"/>
        </w:rPr>
        <w:t>3. Restituzione beni aziendali</w:t>
      </w:r>
    </w:p>
    <w:p>
      <w:r>
        <w:rPr>
          <w:b w:val="0"/>
          <w:sz w:val="20"/>
        </w:rPr>
        <w:t>Il Sig./Sig.ra ___________________ si impegna a restituire tutti i beni aziendali in suo possesso, ivi compresi ma non limitati a chiavi, documenti, strumenti di lavoro e dispositivi elettronici, entro e non oltre la data di separazione.</w:t>
      </w:r>
    </w:p>
    <w:p/>
    <w:p>
      <w:r>
        <w:rPr>
          <w:b/>
          <w:sz w:val="20"/>
        </w:rPr>
        <w:t>4. Riservatezza</w:t>
      </w:r>
    </w:p>
    <w:p>
      <w:r>
        <w:rPr>
          <w:b w:val="0"/>
          <w:sz w:val="20"/>
        </w:rPr>
        <w:t>Entrambe le parti si impegnano a mantenere riservate tutte le informazioni confidenziali di cui sono venute a conoscenza durante il rapporto di lavoro e a non divulgarle a terzi, salvo ove richiesto dalla legge.</w:t>
      </w:r>
    </w:p>
    <w:p/>
    <w:p>
      <w:r>
        <w:rPr>
          <w:b/>
          <w:sz w:val="20"/>
        </w:rPr>
        <w:t>5. Rinuncia a ulteriori pretese</w:t>
      </w:r>
    </w:p>
    <w:p>
      <w:r>
        <w:rPr>
          <w:b w:val="0"/>
          <w:sz w:val="20"/>
        </w:rPr>
        <w:t>Con la sottoscrizione della presente lettera, le parti dichiarano di rinunciare a qualsiasi ulteriore richiesta o pretesa, presente o futura, relativa al rapporto di lavoro e alla sua cessazione.</w:t>
      </w:r>
    </w:p>
    <w:p/>
    <w:p>
      <w:r>
        <w:rPr>
          <w:b/>
          <w:sz w:val="20"/>
        </w:rPr>
        <w:t>6. Foro competente</w:t>
      </w:r>
    </w:p>
    <w:p>
      <w:r>
        <w:rPr>
          <w:b w:val="0"/>
          <w:sz w:val="20"/>
        </w:rPr>
        <w:t>Per ogni eventuale controversia derivante dalla presente separazione sarà competente in via esclusiva il Foro di ____________________.</w:t>
      </w:r>
    </w:p>
    <w:p/>
    <w:p/>
    <w:p>
      <w:r>
        <w:rPr>
          <w:b w:val="0"/>
          <w:sz w:val="20"/>
        </w:rPr>
        <w:t>Luogo : ___________________________________________</w:t>
      </w:r>
    </w:p>
    <w:p>
      <w:r>
        <w:rPr>
          <w:b w:val="0"/>
          <w:sz w:val="20"/>
        </w:rPr>
        <w:t>Data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LA SOCIETÀ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IL DIPENDENTE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https://esperto-lettere.com/lettera-di-separazione/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separazion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