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RISPOSTA A SOLLECITO DI PAGAMENTO NON DOVUTO</w:t>
      </w:r>
    </w:p>
    <w:p/>
    <w:p/>
    <w:p>
      <w:r>
        <w:rPr>
          <w:b/>
          <w:sz w:val="20"/>
        </w:rPr>
        <w:t>Mittente :</w:t>
      </w:r>
    </w:p>
    <w:p>
      <w:r>
        <w:rPr>
          <w:b w:val="0"/>
          <w:sz w:val="20"/>
        </w:rPr>
        <w:t>Nome/Cognome o Ragione Sociale : 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__________________________________________________</w:t>
      </w:r>
    </w:p>
    <w:p>
      <w:r>
        <w:rPr>
          <w:b w:val="0"/>
          <w:sz w:val="20"/>
        </w:rPr>
        <w:t>Codice Fiscale / Partita IVA : ___________________________________________</w:t>
      </w:r>
    </w:p>
    <w:p/>
    <w:p>
      <w:r>
        <w:rPr>
          <w:b/>
          <w:sz w:val="20"/>
        </w:rPr>
        <w:t>Destinatario :</w:t>
      </w:r>
    </w:p>
    <w:p>
      <w:r>
        <w:rPr>
          <w:b w:val="0"/>
          <w:sz w:val="20"/>
        </w:rPr>
        <w:t>Nome/Cognome o Ragione Sociale : 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__________________________________________________</w:t>
      </w:r>
    </w:p>
    <w:p/>
    <w:p/>
    <w:p>
      <w:r>
        <w:rPr>
          <w:b/>
          <w:sz w:val="20"/>
        </w:rPr>
        <w:t>Oggetto: Risposta a sollecito di pagamento non dovuto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in riferimento alla Vostra comunicazione di sollecito di pagamento per un importo che riteniamo non dovuto, desideriamo rappresentare quanto segue:</w:t>
      </w:r>
    </w:p>
    <w:p/>
    <w:p>
      <w:r>
        <w:rPr>
          <w:b w:val="0"/>
          <w:sz w:val="20"/>
        </w:rPr>
        <w:t>1. Il presunto debito da Voi indicato non trova fondamento in alcun rapporto contrattuale o obbligazione a nostro carico, come da documentazione in nostro possesso.</w:t>
      </w:r>
    </w:p>
    <w:p/>
    <w:p>
      <w:r>
        <w:rPr>
          <w:b w:val="0"/>
          <w:sz w:val="20"/>
        </w:rPr>
        <w:t>2. A tutela dei nostri diritti e in conformità alla normativa vigente, respingiamo pertanto ogni richiesta di pagamento relativa alla suddetta somma.</w:t>
      </w:r>
    </w:p>
    <w:p/>
    <w:p>
      <w:r>
        <w:rPr>
          <w:b w:val="0"/>
          <w:sz w:val="20"/>
        </w:rPr>
        <w:t>3. Vi invitiamo pertanto a voler cessare ogni ulteriore sollecito e ad astenervi dal compiere azioni che potrebbero essere considerate moleste o infondate, riservandoci di tutelare i nostri interessi nelle sedi opportune.</w:t>
      </w:r>
    </w:p>
    <w:p/>
    <w:p>
      <w:r>
        <w:rPr>
          <w:b w:val="0"/>
          <w:sz w:val="20"/>
        </w:rPr>
        <w:t>4. Qualora riteniate di poter fornire documentazione comprovante la fondatezza della Vostra pretesa, Vi invitiamo a trasmettercela entro e non oltre 15 giorni dal ricevimento della presente, al fine di poter procedere ad una verifica puntuale.</w:t>
      </w:r>
    </w:p>
    <w:p/>
    <w:p>
      <w:r>
        <w:rPr>
          <w:b w:val="0"/>
          <w:sz w:val="20"/>
        </w:rPr>
        <w:t>Restiamo in attesa di un Vostro riscontro e cogliamo l'occasione per porgere distinti saluti.</w:t>
      </w:r>
    </w:p>
    <w:p/>
    <w:p/>
    <w:p/>
    <w:p>
      <w:r>
        <w:rPr>
          <w:b w:val="0"/>
          <w:sz w:val="20"/>
        </w:rPr>
        <w:t>Cordiali saluti,</w:t>
      </w:r>
    </w:p>
    <w:p/>
    <w:p/>
    <w:p/>
    <w:p/>
    <w:p>
      <w:r>
        <w:rPr>
          <w:b w:val="0"/>
          <w:sz w:val="20"/>
        </w:rPr>
        <w:t>Firma: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https://esperto-lettere.com/lettera-di-risposta-a-sollecito-di-pagamento-non-dovuto-fac-simile/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risposta-a-sollecito-di-pagamento-non-dovuto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