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RICHIAMO PER INSUBORDINAZIONE</w:t>
      </w:r>
    </w:p>
    <w:p/>
    <w:p/>
    <w:p>
      <w:r>
        <w:rPr>
          <w:b/>
          <w:sz w:val="20"/>
        </w:rPr>
        <w:t>DATORE DI LAVORO :</w:t>
      </w:r>
    </w:p>
    <w:p>
      <w:r>
        <w:rPr>
          <w:b w:val="0"/>
          <w:sz w:val="20"/>
        </w:rPr>
        <w:t>Nome/Ragione Sociale : ________________________________________________</w:t>
      </w:r>
    </w:p>
    <w:p>
      <w:r>
        <w:rPr>
          <w:b w:val="0"/>
          <w:sz w:val="20"/>
        </w:rPr>
        <w:t>Sede Legale/Indirizzo : _______________________________________________</w:t>
      </w:r>
    </w:p>
    <w:p/>
    <w:p>
      <w:r>
        <w:rPr>
          <w:b/>
          <w:sz w:val="20"/>
        </w:rPr>
        <w:t>LAVORATORE :</w:t>
      </w:r>
    </w:p>
    <w:p>
      <w:r>
        <w:rPr>
          <w:b w:val="0"/>
          <w:sz w:val="20"/>
        </w:rPr>
        <w:t>Nome e Cognome : ____________________________________________________</w:t>
      </w:r>
    </w:p>
    <w:p>
      <w:r>
        <w:rPr>
          <w:b w:val="0"/>
          <w:sz w:val="20"/>
        </w:rPr>
        <w:t>Mansione : ___________________________________________________________</w:t>
      </w:r>
    </w:p>
    <w:p/>
    <w:p/>
    <w:p>
      <w:r>
        <w:rPr>
          <w:b/>
          <w:sz w:val="20"/>
        </w:rPr>
        <w:t>OGGETTO :</w:t>
      </w:r>
    </w:p>
    <w:p>
      <w:r>
        <w:rPr>
          <w:b w:val="0"/>
          <w:sz w:val="20"/>
        </w:rPr>
        <w:t>Richiamo disciplinare per comportamento insubordinato ai sensi dell'art. 7 della L. 300/1970 (Statuto dei Lavoratori)</w:t>
      </w:r>
    </w:p>
    <w:p/>
    <w:p/>
    <w:p>
      <w:r>
        <w:rPr>
          <w:b w:val="0"/>
          <w:sz w:val="20"/>
        </w:rPr>
        <w:t>Egregio/a Sig./Sig.ra,</w:t>
      </w:r>
    </w:p>
    <w:p/>
    <w:p>
      <w:r>
        <w:rPr>
          <w:b w:val="0"/>
          <w:sz w:val="20"/>
        </w:rPr>
        <w:t>Con la presente, in qualità di datore di lavoro, intendo richiamarLa formalmente in merito a un comportamento contrario alle direttive aziendali e alle disposizioni impartite, che configura un atto di insubordinazione grave nell’ambito del rapporto di lavoro. Tale comportamento è stato rilevato in data ____________ durante lo svolgimento delle Sue mansioni, e consiste in:</w:t>
      </w:r>
    </w:p>
    <w:p/>
    <w:p>
      <w:r>
        <w:rPr>
          <w:b w:val="0"/>
          <w:sz w:val="20"/>
        </w:rPr>
        <w:t>______________________________________________________________________________</w:t>
        <w:br/>
        <w:t>______________________________________________________________________________</w:t>
        <w:br/>
        <w:t>______________________________________________________________________________</w:t>
      </w:r>
    </w:p>
    <w:p/>
    <w:p>
      <w:r>
        <w:rPr>
          <w:b w:val="0"/>
          <w:sz w:val="20"/>
        </w:rPr>
        <w:t>La condotta sopra descritta costituisce una violazione delle norme disciplinari previste dal contratto collettivo applicato e dal codice disciplinare aziendale, in particolare in relazione ai doveri di correttezza, diligenza e obbedienza previsti dall’art. 2104 del Codice Civile.</w:t>
      </w:r>
    </w:p>
    <w:p/>
    <w:p>
      <w:r>
        <w:rPr>
          <w:b w:val="0"/>
          <w:sz w:val="20"/>
        </w:rPr>
        <w:t>Si rammenta che l’insubordinazione è una fattispecie sanzionabile anche con provvedimenti più gravi (sospensione o licenziamento) in caso di recidiva o atti particolarmente gravi, ma in questa fase si procede con il presente richiamo formale, al fine di consentirLe di correggere il comportamento.</w:t>
      </w:r>
    </w:p>
    <w:p/>
    <w:p>
      <w:r>
        <w:rPr>
          <w:b w:val="0"/>
          <w:sz w:val="20"/>
        </w:rPr>
        <w:t>La invito pertanto a considerare con la massima attenzione il presente richiamo e a riprendere un comportamento conforme agli obblighi contrattuali e normativi, evitando il ripetersi di simili condotte, che potrebbero comportare conseguenze disciplinari più gravi.</w:t>
      </w:r>
    </w:p>
    <w:p/>
    <w:p/>
    <w:p>
      <w:r>
        <w:rPr>
          <w:b w:val="0"/>
          <w:sz w:val="20"/>
        </w:rPr>
        <w:t>Si informa che, ai sensi dell’art. 7 della legge 20 maggio 1970, n. 300, ha diritto di presentare le proprie controdeduzioni scritte entro 5 giorni dal ricevimento della presente comunicazione.</w:t>
      </w:r>
    </w:p>
    <w:p/>
    <w:p/>
    <w:p>
      <w:r>
        <w:rPr>
          <w:b w:val="0"/>
          <w:sz w:val="20"/>
        </w:rPr>
        <w:t>Luogo : ____________________________    Data :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Il Datore di Lavoro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Il Lavoratore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https://esperto-lettere.com/lettera-di-richiamo-per-insubordinazione-fac-simile/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lettera-di-richiamo-per-insubordinazione-fac-simil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