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LETTERA DI RICHIAMO PER FERIE NON CONCORDATE</w:t>
      </w:r>
    </w:p>
    <w:p/>
    <w:p/>
    <w:p>
      <w:r>
        <w:rPr>
          <w:b/>
          <w:sz w:val="20"/>
        </w:rPr>
        <w:t>Al Sig./Alla Sig.ra:</w:t>
      </w:r>
    </w:p>
    <w:p>
      <w:r>
        <w:rPr>
          <w:b w:val="0"/>
          <w:sz w:val="20"/>
        </w:rPr>
        <w:t>________________________________________________________</w:t>
      </w:r>
    </w:p>
    <w:p>
      <w:r>
        <w:rPr>
          <w:b w:val="0"/>
          <w:sz w:val="20"/>
        </w:rPr>
        <w:t>Qualifica: ______________________________________________</w:t>
      </w:r>
    </w:p>
    <w:p/>
    <w:p>
      <w:r>
        <w:rPr>
          <w:b/>
          <w:sz w:val="20"/>
        </w:rPr>
        <w:t>Oggetto: Richiamo disciplinare per fruizione di ferie non concordate</w:t>
      </w:r>
    </w:p>
    <w:p/>
    <w:p/>
    <w:p>
      <w:r>
        <w:rPr>
          <w:b w:val="0"/>
          <w:sz w:val="20"/>
        </w:rPr>
        <w:t>Gentile Sig./Gentile Sig.ra,</w:t>
      </w:r>
    </w:p>
    <w:p/>
    <w:p>
      <w:r>
        <w:rPr>
          <w:b w:val="0"/>
          <w:sz w:val="20"/>
        </w:rPr>
        <w:t>con la presente La informiamo che è stato rilevato un comportamento non conforme alle disposizioni aziendali in materia di fruizione delle ferie. In particolare, è stato constatato che ha usufruito di periodi di ferie senza la preventiva autorizzazione e senza aver concordato le date con il proprio responsabile diretto, contravvenendo così alle normative interne e agli obblighi contrattuali.</w:t>
      </w:r>
    </w:p>
    <w:p/>
    <w:p>
      <w:r>
        <w:rPr>
          <w:b w:val="0"/>
          <w:sz w:val="20"/>
        </w:rPr>
        <w:t>La presente lettera costituisce formale richiamo disciplinare ai sensi dell'articolo 7 della Legge 300/1970 (Statuto dei Lavoratori) e del Contratto Collettivo Nazionale di Lavoro applicato, nonché degli obblighi contrattuali inerenti al corretto utilizzo delle ferie, che devono essere preventivamente concordate con l'azienda per garantire la regolare organizzazione del lavoro.</w:t>
      </w:r>
    </w:p>
    <w:p/>
    <w:p>
      <w:r>
        <w:rPr>
          <w:b w:val="0"/>
          <w:sz w:val="20"/>
        </w:rPr>
        <w:t>Le ricordiamo che l'inosservanza delle norme interne può comportare ulteriori conseguenze disciplinari, fino alla risoluzione del rapporto di lavoro nei casi più gravi, come previsto dall'articolo 2106 del Codice Civile e dalle disposizioni contrattuali vigenti.</w:t>
      </w:r>
    </w:p>
    <w:p/>
    <w:p>
      <w:r>
        <w:rPr>
          <w:b w:val="0"/>
          <w:sz w:val="20"/>
        </w:rPr>
        <w:t>La invitiamo pertanto a rispettare rigorosamente le procedure aziendali relative alla fruizione delle ferie, previa comunicazione e autorizzazione da parte del responsabile, al fine di evitare ulteriori provvedimenti disciplinari.</w:t>
      </w:r>
    </w:p>
    <w:p/>
    <w:p/>
    <w:p>
      <w:r>
        <w:rPr>
          <w:b w:val="0"/>
          <w:sz w:val="20"/>
        </w:rPr>
        <w:t>Restiamo a disposizione per ogni eventuale chiarimento e La invitiamo a prendere atto del presente richiamo firmando in calce.</w:t>
      </w:r>
    </w:p>
    <w:p/>
    <w:p/>
    <w:p/>
    <w:p>
      <w:r>
        <w:rPr>
          <w:b w:val="0"/>
          <w:sz w:val="20"/>
        </w:rPr>
        <w:t>Luogo : ____________________________    Data : 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Datore di Lavoro</w:t>
            </w:r>
          </w:p>
        </w:tc>
        <w:tc>
          <w:tcPr>
            <w:tcW w:type="dxa" w:w="4986"/>
            <w:tcBorders>
              <w:top w:val="nil"/>
              <w:left w:val="nil"/>
              <w:bottom w:val="nil"/>
              <w:right w:val="nil"/>
              <w:insideH w:val="nil"/>
              <w:insideV w:val="nil"/>
            </w:tcBorders>
          </w:tcPr>
          <w:p>
            <w:pPr>
              <w:jc w:val="center"/>
            </w:pPr>
            <w:r>
              <w:t>Dipendente</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Nome : ________________________________</w:t>
            </w:r>
          </w:p>
        </w:tc>
        <w:tc>
          <w:tcPr>
            <w:tcW w:type="dxa" w:w="4986"/>
            <w:tcBorders>
              <w:top w:val="nil"/>
              <w:left w:val="nil"/>
              <w:bottom w:val="nil"/>
              <w:right w:val="nil"/>
              <w:insideH w:val="nil"/>
              <w:insideV w:val="nil"/>
            </w:tcBorders>
          </w:tcPr>
          <w:p>
            <w:pPr>
              <w:jc w:val="center"/>
            </w:pPr>
            <w:r>
              <w:t>Nome : ________________________________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https://esperto-lettere.com/lettera-di-richiamo-per-ferie-non-concordate/</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https://esperto-lettere.com</w:t>
        </w:r>
      </w:hyperlink>
    </w:p>
    <w:p>
      <w:pPr>
        <w:jc w:val="center"/>
      </w:pPr>
      <w:r>
        <w:rPr>
          <w:color w:val="808080"/>
          <w:sz w:val="20"/>
        </w:rPr>
        <w:t>Questo modello è destinato esclusivamente a un uso personale e non commerciale.</w:t>
        <w:br/>
        <w:t>Qualsiasi diffusione o pubblicazione deve citare obbligatoriamente la fonte. © esperto-lettere.com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sperto-lettere.com/lettera-di-richiamo-per-ferie-non-concordate/" TargetMode="External"/><Relationship Id="rId10" Type="http://schemas.openxmlformats.org/officeDocument/2006/relationships/hyperlink" Target="https://esperto-lette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