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SERVIZI DI PULIZIA</w:t>
      </w:r>
    </w:p>
    <w:p/>
    <w:p/>
    <w:p>
      <w:r>
        <w:rPr>
          <w:b/>
          <w:sz w:val="20"/>
        </w:rPr>
        <w:t>Alla cortese attenzione dell'Amministratore di Condominio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 w:val="0"/>
          <w:sz w:val="20"/>
        </w:rPr>
        <w:t>Oggetto: Presentazione servizi professionali di pulizia e igiene condominiale</w:t>
      </w:r>
    </w:p>
    <w:p/>
    <w:p/>
    <w:p>
      <w:r>
        <w:rPr>
          <w:b w:val="0"/>
          <w:sz w:val="20"/>
        </w:rPr>
        <w:t>Egregio Amministratore,</w:t>
      </w:r>
    </w:p>
    <w:p/>
    <w:p>
      <w:r>
        <w:rPr>
          <w:b w:val="0"/>
          <w:sz w:val="20"/>
        </w:rPr>
        <w:t>la presente per presentare la nostra azienda, specializzata in servizi di pulizia professionale rivolti a condomini, uffici, e strutture residenziali. La nostra esperienza pluriennale nel settore ci consente di garantire standard qualitativi elevati, conformi alla normativa vigente in materia di igiene e sicurezza sul lavoro (D.Lgs. 81/08 e successive modifiche).</w:t>
      </w:r>
    </w:p>
    <w:p/>
    <w:p>
      <w:r>
        <w:rPr>
          <w:b w:val="0"/>
          <w:sz w:val="20"/>
        </w:rPr>
        <w:t>Offriamo servizi personalizzati che comprendono la pulizia ordinaria e straordinaria degli spazi comuni, la sanificazione periodica, la gestione dei rifiuti differenziati e l’impiego di prodotti eco-sostenibili certificati, nel pieno rispetto dell’ambiente e della salute degli utenti.</w:t>
      </w:r>
    </w:p>
    <w:p/>
    <w:p>
      <w:r>
        <w:rPr>
          <w:b w:val="0"/>
          <w:sz w:val="20"/>
        </w:rPr>
        <w:t>Il nostro personale è formato professionalmente, regolarmente assunto secondo le normative vigenti, in possesso delle necessarie certificazioni HACCP e aggiornato costantemente con corsi di formazione specifici.</w:t>
      </w:r>
    </w:p>
    <w:p/>
    <w:p>
      <w:r>
        <w:rPr>
          <w:b w:val="0"/>
          <w:sz w:val="20"/>
        </w:rPr>
        <w:t>Siamo in grado di predisporre piani di pulizia dettagliati, flessibili e trasparenti, con l’obiettivo di rispondere efficacemente alle esigenze del condominio e mantenere un ambiente salubre e accogliente per tutti i condomini.</w:t>
      </w:r>
    </w:p>
    <w:p/>
    <w:p>
      <w:r>
        <w:rPr>
          <w:b w:val="0"/>
          <w:sz w:val="20"/>
        </w:rPr>
        <w:t>Rimaniamo a disposizione per un incontro conoscitivo, durante il quale potremo illustrare nel dettaglio le nostre proposte e personalizzare il servizio secondo le vostre specifiche necessità.</w:t>
      </w:r>
    </w:p>
    <w:p/>
    <w:p/>
    <w:p>
      <w:r>
        <w:rPr>
          <w:b w:val="0"/>
          <w:sz w:val="20"/>
        </w:rPr>
        <w:t>Ringraziando per l’attenzione, porgiamo cordiali saluti.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Azienda Erogatrice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Amministratore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: ________________________________</w:t>
            </w:r>
          </w:p>
        </w:tc>
      </w:tr>
    </w:tbl>
    <w:p/>
    <w:p/>
    <w:p>
      <w:r>
        <w:rPr>
          <w:b/>
          <w:sz w:val="20"/>
        </w:rPr>
        <w:t>Ragione Sociale: ____________________________________________</w:t>
      </w:r>
    </w:p>
    <w:p>
      <w:r>
        <w:rPr>
          <w:b w:val="0"/>
          <w:sz w:val="20"/>
        </w:rPr>
        <w:t>Partita IVA / Codice Fiscale: __________________________________</w:t>
      </w:r>
    </w:p>
    <w:p>
      <w:r>
        <w:rPr>
          <w:b w:val="0"/>
          <w:sz w:val="20"/>
        </w:rPr>
        <w:t>Sede Legale: _______________________________________________</w:t>
      </w:r>
    </w:p>
    <w:p>
      <w:r>
        <w:rPr>
          <w:b w:val="0"/>
          <w:sz w:val="20"/>
        </w:rPr>
        <w:t>Telefono: _________________________________________________</w:t>
      </w:r>
    </w:p>
    <w:p>
      <w:r>
        <w:rPr>
          <w:b w:val="0"/>
          <w:sz w:val="20"/>
        </w:rPr>
        <w:t>Email: 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https://esperto-lettere.com/lettera-di-presentazione-pulizie-ad-amministratori/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presentazione-pulizie-ad-amministratori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