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LETTERA DI PRESENTAZIONE PER ONORIFICENZA</w:t>
      </w:r>
    </w:p>
    <w:p/>
    <w:p/>
    <w:p>
      <w:r>
        <w:rPr>
          <w:b/>
          <w:sz w:val="20"/>
        </w:rPr>
        <w:t>Mittente:</w:t>
      </w:r>
    </w:p>
    <w:p>
      <w:r>
        <w:rPr>
          <w:b w:val="0"/>
          <w:sz w:val="20"/>
        </w:rPr>
        <w:t>Nome e Cognome : ______________________________________________</w:t>
      </w:r>
    </w:p>
    <w:p>
      <w:r>
        <w:rPr>
          <w:b w:val="0"/>
          <w:sz w:val="20"/>
        </w:rPr>
        <w:t>Indirizzo : _____________________________________________________</w:t>
      </w:r>
    </w:p>
    <w:p>
      <w:r>
        <w:rPr>
          <w:b w:val="0"/>
          <w:sz w:val="20"/>
        </w:rPr>
        <w:t>Telefono : ______________________________________________________</w:t>
      </w:r>
    </w:p>
    <w:p>
      <w:r>
        <w:rPr>
          <w:b w:val="0"/>
          <w:sz w:val="20"/>
        </w:rPr>
        <w:t>Email : _________________________________________________________</w:t>
      </w:r>
    </w:p>
    <w:p/>
    <w:p>
      <w:r>
        <w:rPr>
          <w:b/>
          <w:sz w:val="20"/>
        </w:rPr>
        <w:t>Destinatario:</w:t>
      </w:r>
    </w:p>
    <w:p>
      <w:r>
        <w:rPr>
          <w:b w:val="0"/>
          <w:sz w:val="20"/>
        </w:rPr>
        <w:t>Ente/Autorità : _________________________________________________</w:t>
      </w:r>
    </w:p>
    <w:p>
      <w:r>
        <w:rPr>
          <w:b w:val="0"/>
          <w:sz w:val="20"/>
        </w:rPr>
        <w:t>Indirizzo : _____________________________________________________</w:t>
      </w:r>
    </w:p>
    <w:p/>
    <w:p/>
    <w:p>
      <w:r>
        <w:rPr>
          <w:b/>
          <w:sz w:val="20"/>
        </w:rPr>
        <w:t>Oggetto: Presentazione per il conferimento di onorificenza</w:t>
      </w:r>
    </w:p>
    <w:p/>
    <w:p/>
    <w:p>
      <w:r>
        <w:rPr>
          <w:b w:val="0"/>
          <w:sz w:val="20"/>
        </w:rPr>
        <w:t>Spett.le Ente/Autorità,</w:t>
      </w:r>
    </w:p>
    <w:p/>
    <w:p>
      <w:r>
        <w:rPr>
          <w:b w:val="0"/>
          <w:sz w:val="20"/>
        </w:rPr>
        <w:t>con la presente desidero sottoporre alla Vostra cortese attenzione la candidatura del/la Sig./Sig.ra _______________________________________________, nato/a a ____________________, residente in ________________________________________________, per il conferimento dell'Onorificenza di ______________________________________________, riconoscimento di rilevante valore civile e sociale, ai sensi della normativa vigente in materia.</w:t>
      </w:r>
    </w:p>
    <w:p/>
    <w:p>
      <w:r>
        <w:rPr>
          <w:b w:val="0"/>
          <w:sz w:val="20"/>
        </w:rPr>
        <w:t>Il/la candidato/a ha dimostrato, nel corso degli anni, un impegno costante e significativo in ambito professionale, sociale e culturale, distinguendosi per integrità, dedizione e contributi di rilevante importanza per la collettività. Le attività svolte hanno portato benefici tangibili e hanno rappresentato un esempio virtuoso di cittadinanza attiva e responsabilità sociale.</w:t>
      </w:r>
    </w:p>
    <w:p/>
    <w:p>
      <w:r>
        <w:rPr>
          <w:b w:val="0"/>
          <w:sz w:val="20"/>
        </w:rPr>
        <w:t>A supporto della candidatura, si allegano documentazioni comprovanti i meriti e le attività svolte, oltre a eventuali referenze e attestazioni rilasciate da enti, associazioni e istituzioni competenti.</w:t>
      </w:r>
    </w:p>
    <w:p/>
    <w:p>
      <w:r>
        <w:rPr>
          <w:b w:val="0"/>
          <w:sz w:val="20"/>
        </w:rPr>
        <w:t>Confidando nella favorevole valutazione della Vostra Autorità, resto a disposizione per eventuali ulteriori informazioni o chiarimenti che si rendessero necessari.</w:t>
      </w:r>
    </w:p>
    <w:p/>
    <w:p/>
    <w:p>
      <w:r>
        <w:rPr>
          <w:b w:val="0"/>
          <w:sz w:val="20"/>
        </w:rPr>
        <w:t>Ringraziando per l'attenzione e la disponibilità, porgo distinti saluti.</w:t>
      </w:r>
    </w:p>
    <w:p/>
    <w:p/>
    <w:p/>
    <w:p/>
    <w:p>
      <w:r>
        <w:rPr>
          <w:b w:val="0"/>
          <w:sz w:val="20"/>
        </w:rPr>
        <w:t>Firma del Presentatore :</w:t>
      </w:r>
    </w:p>
    <w:p>
      <w:r>
        <w:rPr>
          <w:b w:val="0"/>
          <w:sz w:val="20"/>
        </w:rPr>
        <w:t>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Luogo : 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Data : _________________________________________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Firma : 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/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https://esperto-lettere.com/lettera-di-presentazione-per-onorificenza/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https://esperto-lettere.com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esperto-lettere.com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lettere.com/lettera-di-presentazione-per-onorificenza/" TargetMode="External"/><Relationship Id="rId10" Type="http://schemas.openxmlformats.org/officeDocument/2006/relationships/hyperlink" Target="https://esperto-lette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