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0"/>
        </w:rPr>
        <w:t>Al Vaticano</w:t>
      </w:r>
    </w:p>
    <w:p>
      <w:r>
        <w:rPr>
          <w:b w:val="0"/>
          <w:sz w:val="20"/>
        </w:rPr>
        <w:t>Segreteria di Stato</w:t>
      </w:r>
    </w:p>
    <w:p>
      <w:r>
        <w:rPr>
          <w:b w:val="0"/>
          <w:sz w:val="20"/>
        </w:rPr>
        <w:t>Palazzo Apostolico</w:t>
      </w:r>
    </w:p>
    <w:p>
      <w:r>
        <w:rPr>
          <w:b w:val="0"/>
          <w:sz w:val="20"/>
        </w:rPr>
        <w:t>00120 Città del Vaticano</w:t>
      </w:r>
    </w:p>
    <w:p/>
    <w:p/>
    <w:p>
      <w:pPr>
        <w:jc w:val="center"/>
      </w:pPr>
      <w:r>
        <w:rPr>
          <w:b/>
          <w:sz w:val="20"/>
        </w:rPr>
        <w:t>Oggetto: Lettera di Presentazione per Candidatura a Posizione di Lavoro</w:t>
      </w:r>
    </w:p>
    <w:p/>
    <w:p/>
    <w:p>
      <w:r>
        <w:rPr>
          <w:b w:val="0"/>
          <w:sz w:val="20"/>
        </w:rPr>
        <w:t>Eccellenza Reverendissima,</w:t>
      </w:r>
    </w:p>
    <w:p/>
    <w:p>
      <w:r>
        <w:rPr>
          <w:b w:val="0"/>
          <w:sz w:val="20"/>
        </w:rPr>
        <w:t>con la presente desidero sottoporre alla Vostra cortese attenzione la mia candidatura per una posizione lavorativa all'interno della Santa Sede, con particolare riferimento alle mansioni che richiedono dedizione, professionalità e rispetto per i valori fondamentali della Chiesa Cattolica e delle istituzioni vaticane.</w:t>
      </w:r>
    </w:p>
    <w:p/>
    <w:p>
      <w:r>
        <w:rPr>
          <w:b w:val="0"/>
          <w:sz w:val="20"/>
        </w:rPr>
        <w:t>Sono convinto che la mia formazione, unita ad una solida esperienza maturata in contesti di elevata responsabilità, possa contribuire efficacemente al perseguimento degli obiettivi istituzionali della Santa Sede. La mia condotta personale e professionale si ispira ai principi di integrità, lealtà e riservatezza, imprescindibili nell'ambiente di lavoro vaticano.</w:t>
      </w:r>
    </w:p>
    <w:p/>
    <w:p>
      <w:r>
        <w:rPr>
          <w:b w:val="0"/>
          <w:sz w:val="20"/>
        </w:rPr>
        <w:t>Ritengo inoltre di poter offrire un contributo significativo nell’ambito delle attività amministrative, culturali e diplomatiche, grazie alla mia capacità di operare con rigore e spirito di servizio. Sono disponibile a fornire ogni ulteriore informazione o documentazione utile a valutare la mia candidatura.</w:t>
      </w:r>
    </w:p>
    <w:p/>
    <w:p>
      <w:r>
        <w:rPr>
          <w:b w:val="0"/>
          <w:sz w:val="20"/>
        </w:rPr>
        <w:t>Confidando in un cortese riscontro, porgo i miei più distinti saluti e ringraziamenti per l’attenzione riservata alla presente.</w:t>
      </w:r>
    </w:p>
    <w:p/>
    <w:p/>
    <w:p>
      <w:r>
        <w:rPr>
          <w:b w:val="0"/>
          <w:sz w:val="20"/>
        </w:rPr>
        <w:t>Cordiali saluti,</w:t>
      </w:r>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br/>
              <w:br/>
              <w:t>Firma: ________________________________</w:t>
            </w:r>
          </w:p>
        </w:tc>
      </w:tr>
      <w:tr>
        <w:tc>
          <w:tcPr>
            <w:tcW w:type="dxa" w:w="9972"/>
            <w:tcBorders>
              <w:top w:val="nil"/>
              <w:left w:val="nil"/>
              <w:bottom w:val="nil"/>
              <w:right w:val="nil"/>
              <w:insideH w:val="nil"/>
              <w:insideV w:val="nil"/>
            </w:tcBorders>
          </w:tcPr>
          <w:p>
            <w:pPr>
              <w:jc w:val="left"/>
            </w:pPr>
            <w:r>
              <w:t>Nome e Cognome: ________________________</w:t>
            </w:r>
          </w:p>
        </w:tc>
      </w:tr>
      <w:tr>
        <w:tc>
          <w:tcPr>
            <w:tcW w:type="dxa" w:w="9972"/>
            <w:tcBorders>
              <w:top w:val="nil"/>
              <w:left w:val="nil"/>
              <w:bottom w:val="nil"/>
              <w:right w:val="nil"/>
              <w:insideH w:val="nil"/>
              <w:insideV w:val="nil"/>
            </w:tcBorders>
          </w:tcPr>
          <w:p>
            <w:pPr>
              <w:jc w:val="left"/>
            </w:pPr>
            <w:r>
              <w:t>Telefono: ______________________________  Email: ______________________________</w:t>
            </w:r>
          </w:p>
        </w:tc>
      </w:tr>
    </w:tbl>
    <w:p/>
    <w:p/>
    <w:p>
      <w:r>
        <w:rPr>
          <w:b/>
          <w:sz w:val="20"/>
        </w:rPr>
        <w:t>Allegati:</w:t>
      </w:r>
    </w:p>
    <w:p>
      <w:r>
        <w:rPr>
          <w:b w:val="0"/>
          <w:sz w:val="20"/>
        </w:rPr>
        <w:t>Curriculum Vitae</w:t>
      </w:r>
    </w:p>
    <w:p>
      <w:r>
        <w:rPr>
          <w:b w:val="0"/>
          <w:sz w:val="20"/>
        </w:rPr>
        <w:t>Lettere di Referenza</w:t>
      </w:r>
    </w:p>
    <w:p>
      <w:r>
        <w:rPr>
          <w:b w:val="0"/>
          <w:sz w:val="20"/>
        </w:rPr>
        <w:t>Certificazioni Professionali</w:t>
      </w:r>
    </w:p>
    <w:p>
      <w:r>
        <w:br w:type="page"/>
      </w:r>
    </w:p>
    <w:p>
      <w:pPr>
        <w:jc w:val="center"/>
      </w:pPr>
      <w:r>
        <w:rPr>
          <w:color w:val="555555"/>
          <w:sz w:val="24"/>
        </w:rPr>
        <w:t>Fonte originale di questo documento:</w:t>
      </w:r>
    </w:p>
    <w:p>
      <w:pPr>
        <w:jc w:val="center"/>
      </w:pPr>
      <w:hyperlink r:id="rId9">
        <w:r>
          <w:rPr>
            <w:color w:val="0000FF"/>
            <w:u w:val="single"/>
          </w:rPr>
          <w:t>https://esperto-lettere.com/lettera-di-presentazione-per-lavorare-in-vaticano/</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https://esperto-lettere.com</w:t>
        </w:r>
      </w:hyperlink>
    </w:p>
    <w:p>
      <w:pPr>
        <w:jc w:val="center"/>
      </w:pPr>
      <w:r>
        <w:rPr>
          <w:color w:val="808080"/>
          <w:sz w:val="20"/>
        </w:rPr>
        <w:t>Questo modello è destinato esclusivamente a un uso personale e non commerciale.</w:t>
        <w:br/>
        <w:t>Qualsiasi diffusione o pubblicazione deve citare obbligatoriamente la fonte. © esperto-lettere.com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sperto-lettere.com/lettera-di-presentazione-per-lavorare-in-vaticano/" TargetMode="External"/><Relationship Id="rId10" Type="http://schemas.openxmlformats.org/officeDocument/2006/relationships/hyperlink" Target="https://esperto-lette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