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PER CASTING</w:t>
      </w:r>
    </w:p>
    <w:p/>
    <w:p/>
    <w:p>
      <w:r>
        <w:rPr>
          <w:b w:val="0"/>
          <w:sz w:val="20"/>
        </w:rPr>
        <w:t>Gentili Selezionatori,</w:t>
      </w:r>
    </w:p>
    <w:p/>
    <w:p>
      <w:r>
        <w:rPr>
          <w:b w:val="0"/>
          <w:sz w:val="20"/>
        </w:rPr>
        <w:t>mi chiamo ______________________________ e desidero presentare la mia candidatura per partecipare al casting indetto dalla vostra produzione. Sono profondamente motivato/a a mettere a disposizione le mie competenze e il mio talento per contribuire al successo del progetto.</w:t>
      </w:r>
    </w:p>
    <w:p/>
    <w:p>
      <w:r>
        <w:rPr>
          <w:b w:val="0"/>
          <w:sz w:val="20"/>
        </w:rPr>
        <w:t>Sin da giovane ho coltivato la passione per la recitazione e il mondo dello spettacolo, frequentando corsi di formazione specializzati e partecipando a numerose rappresentazioni teatrali e produzioni audiovisive. Ho sviluppato capacità espressive, tecniche di interpretazione e attitudine al lavoro di squadra, elementi che ritengo fondamentali per affrontare con professionalità un casting di alto livello.</w:t>
      </w:r>
    </w:p>
    <w:p/>
    <w:p>
      <w:r>
        <w:rPr>
          <w:b w:val="0"/>
          <w:sz w:val="20"/>
        </w:rPr>
        <w:t>Sono disponibile a sostenere audizioni in qualsiasi momento e a fornire ulteriori materiali come curriculum artistico, showreel e referenze professionali. Ritengo che la mia preparazione e la mia determinazione possano rappresentare un valore aggiunto per la vostra produzione.</w:t>
      </w:r>
    </w:p>
    <w:p/>
    <w:p>
      <w:r>
        <w:rPr>
          <w:b w:val="0"/>
          <w:sz w:val="20"/>
        </w:rPr>
        <w:t>Ringraziandovi per l’attenzione che vorrete riservare alla mia candidatura, resto a disposizione per qualsiasi chiarimento e colgo l’occasione per porgere i miei più cordiali saluti.</w:t>
      </w:r>
    </w:p>
    <w:p/>
    <w:p/>
    <w:p>
      <w:r>
        <w:rPr>
          <w:b w:val="0"/>
          <w:sz w:val="20"/>
        </w:rPr>
        <w:t>Cordiali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https://esperto-lettere.com/lettera-di-presentazione-per-casting/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presentazione-per-casting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