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PRESENTAZIONE NUOVO COLLABORATORE</w:t>
      </w:r>
    </w:p>
    <w:p/>
    <w:p/>
    <w:p>
      <w:r>
        <w:rPr>
          <w:b w:val="0"/>
          <w:sz w:val="20"/>
        </w:rPr>
        <w:t>Spett.le Cliente,</w:t>
      </w:r>
    </w:p>
    <w:p/>
    <w:p>
      <w:r>
        <w:rPr>
          <w:b w:val="0"/>
          <w:sz w:val="20"/>
        </w:rPr>
        <w:t>Con la presente desideriamo informarLa che, al fine di migliorare ulteriormente la qualità del servizio e rafforzare il rapporto di collaborazione, la nostra azienda ha recentemente inserito un nuovo collaboratore nel proprio organico.</w:t>
      </w:r>
    </w:p>
    <w:p/>
    <w:p>
      <w:r>
        <w:rPr>
          <w:b w:val="0"/>
          <w:sz w:val="20"/>
        </w:rPr>
        <w:t>Il nuovo collaboratore, Sig./Sig.ra ________________________________, vanta una consolidata esperienza nel settore e sarà a Sua completa disposizione per ogni necessità, con professionalità e competenza.</w:t>
      </w:r>
    </w:p>
    <w:p/>
    <w:p>
      <w:r>
        <w:rPr>
          <w:b w:val="0"/>
          <w:sz w:val="20"/>
        </w:rPr>
        <w:t>Questo inserimento rappresenta per noi un passo importante per garantire un supporto ancora più tempestivo e qualificato, rispondendo in modo efficace alle esigenze della clientela e promuovendo un rapporto di fiducia e trasparenza.</w:t>
      </w:r>
    </w:p>
    <w:p/>
    <w:p>
      <w:r>
        <w:rPr>
          <w:b w:val="0"/>
          <w:sz w:val="20"/>
        </w:rPr>
        <w:t>Rimaniamo pertanto a Sua completa disposizione per eventuali chiarimenti e per presentare personalmente il nuovo collaboratore, certi che la Sua collaborazione continuerà con reciproca soddisfazione.</w:t>
      </w:r>
    </w:p>
    <w:p/>
    <w:p/>
    <w:p>
      <w:r>
        <w:rPr>
          <w:b w:val="0"/>
          <w:sz w:val="20"/>
        </w:rPr>
        <w:t>Cordiali saluti,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 L'AZIENDA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NUOVO COLLABORATORE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/>
    <w:p/>
    <w:p>
      <w:r>
        <w:rPr>
          <w:b w:val="0"/>
          <w:sz w:val="20"/>
        </w:rPr>
        <w:t>Luogo : ________________________________________________</w:t>
      </w:r>
    </w:p>
    <w:p>
      <w:r>
        <w:rPr>
          <w:b w:val="0"/>
          <w:sz w:val="20"/>
        </w:rPr>
        <w:t>Firma rappresentante aziendale : 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https://esperto-lettere.com/lettera-di-presentazione-nuovo-collaboratore-ai-clienti/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di-presentazione-nuovo-collaboratore-ai-clienti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