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LETTERA DI PRESENTAZIONE DELL'AZIENDA</w:t>
      </w:r>
    </w:p>
    <w:p/>
    <w:p/>
    <w:p>
      <w:r>
        <w:rPr>
          <w:b/>
          <w:sz w:val="20"/>
        </w:rPr>
        <w:t>Dati dell'Azienda Mittente:</w:t>
      </w:r>
    </w:p>
    <w:p>
      <w:r>
        <w:rPr>
          <w:b w:val="0"/>
          <w:sz w:val="20"/>
        </w:rPr>
        <w:t>Ragione Sociale: ______________________________________________________</w:t>
      </w:r>
    </w:p>
    <w:p>
      <w:r>
        <w:rPr>
          <w:b w:val="0"/>
          <w:sz w:val="20"/>
        </w:rPr>
        <w:t>Indirizzo Sede Legale: _________________________________________________</w:t>
      </w:r>
    </w:p>
    <w:p>
      <w:r>
        <w:rPr>
          <w:b w:val="0"/>
          <w:sz w:val="20"/>
        </w:rPr>
        <w:t>Partita IVA / Codice Fiscale: ___________________________________________</w:t>
      </w:r>
    </w:p>
    <w:p>
      <w:r>
        <w:rPr>
          <w:b w:val="0"/>
          <w:sz w:val="20"/>
        </w:rPr>
        <w:t>Telefono: ________________________  Email: ____________________________</w:t>
      </w:r>
    </w:p>
    <w:p/>
    <w:p/>
    <w:p>
      <w:r>
        <w:rPr>
          <w:b/>
          <w:sz w:val="20"/>
        </w:rPr>
        <w:t>Destinatario:</w:t>
      </w:r>
    </w:p>
    <w:p>
      <w:r>
        <w:rPr>
          <w:b w:val="0"/>
          <w:sz w:val="20"/>
        </w:rPr>
        <w:t>Ragione Sociale / Nome: _______________________________________________</w:t>
      </w:r>
    </w:p>
    <w:p>
      <w:r>
        <w:rPr>
          <w:b w:val="0"/>
          <w:sz w:val="20"/>
        </w:rPr>
        <w:t>Indirizzo: ____________________________________________________________</w:t>
      </w:r>
    </w:p>
    <w:p>
      <w:r>
        <w:rPr>
          <w:b w:val="0"/>
          <w:sz w:val="20"/>
        </w:rPr>
        <w:t>Telefono: ________________________  Email: ____________________________</w:t>
      </w:r>
    </w:p>
    <w:p/>
    <w:p/>
    <w:p>
      <w:pPr>
        <w:jc w:val="center"/>
      </w:pPr>
      <w:r>
        <w:rPr>
          <w:b/>
          <w:sz w:val="20"/>
        </w:rPr>
        <w:t>Oggetto: Presentazione della nostra Azienda e proposta di collaborazione</w:t>
      </w:r>
    </w:p>
    <w:p/>
    <w:p/>
    <w:p>
      <w:r>
        <w:rPr>
          <w:b w:val="0"/>
          <w:sz w:val="20"/>
        </w:rPr>
        <w:t>Gentili Signori,</w:t>
      </w:r>
    </w:p>
    <w:p/>
    <w:p>
      <w:r>
        <w:rPr>
          <w:b w:val="0"/>
          <w:sz w:val="20"/>
        </w:rPr>
        <w:t>Con la presente desideriamo presentarVi la nostra azienda, realtà consolidata nel settore di riferimento, con l’obiettivo di instaurare una proficua collaborazione commerciale. La nostra esperienza pluriennale, unitamente alla professionalità del nostro team, ci consente di offrire prodotti e servizi di elevata qualità, personalizzati secondo le esigenze dei clienti e conformi alle normative vigenti in Italia.</w:t>
      </w:r>
    </w:p>
    <w:p/>
    <w:p>
      <w:r>
        <w:rPr>
          <w:b w:val="0"/>
          <w:sz w:val="20"/>
        </w:rPr>
        <w:t>La nostra azienda si impegna a garantire standard elevati in termini di: qualità, puntualità nelle consegne, assistenza post-vendita e supporto tecnico, assicurando così la massima soddisfazione del cliente.</w:t>
      </w:r>
    </w:p>
    <w:p/>
    <w:p>
      <w:r>
        <w:rPr>
          <w:b w:val="0"/>
          <w:sz w:val="20"/>
        </w:rPr>
        <w:t>Siamo certi che una collaborazione con la Vostra stimata realtà possa portare a reciproci vantaggi e a una crescita condivisa nel mercato di riferimento. Restiamo a disposizione per un incontro conoscitivo o per fornire ulteriori informazioni e materiali utili a valutare la nostra proposta commerciale.</w:t>
      </w:r>
    </w:p>
    <w:p/>
    <w:p>
      <w:r>
        <w:rPr>
          <w:b w:val="0"/>
          <w:sz w:val="20"/>
        </w:rPr>
        <w:t>Nel ringraziarVi per l’attenzione prestata, porgiamo i nostri più cordiali saluti.</w:t>
      </w:r>
    </w:p>
    <w:p/>
    <w:p/>
    <w:p>
      <w:r>
        <w:rPr>
          <w:b w:val="0"/>
          <w:sz w:val="20"/>
        </w:rPr>
        <w:t>Distinti saluti,</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Per l'Azienda Mittente</w:t>
            </w:r>
          </w:p>
        </w:tc>
        <w:tc>
          <w:tcPr>
            <w:tcW w:type="dxa" w:w="4986"/>
            <w:tcBorders>
              <w:top w:val="nil"/>
              <w:left w:val="nil"/>
              <w:bottom w:val="nil"/>
              <w:right w:val="nil"/>
              <w:insideH w:val="nil"/>
              <w:insideV w:val="nil"/>
            </w:tcBorders>
          </w:tcPr>
          <w:p>
            <w:pPr>
              <w:jc w:val="center"/>
            </w:pPr>
            <w:r>
              <w:t>Per il Destinatario</w:t>
            </w:r>
          </w:p>
        </w:tc>
      </w:tr>
      <w:tr>
        <w:tc>
          <w:tcPr>
            <w:tcW w:type="dxa" w:w="4986"/>
            <w:tcBorders>
              <w:top w:val="nil"/>
              <w:left w:val="nil"/>
              <w:bottom w:val="nil"/>
              <w:right w:val="nil"/>
              <w:insideH w:val="nil"/>
              <w:insideV w:val="nil"/>
            </w:tcBorders>
          </w:tcPr>
          <w:p>
            <w:pPr>
              <w:jc w:val="center"/>
            </w:pPr>
            <w:r>
              <w:br/>
              <w:br/>
              <w:t>Firma: _________________________</w:t>
            </w:r>
          </w:p>
        </w:tc>
        <w:tc>
          <w:tcPr>
            <w:tcW w:type="dxa" w:w="4986"/>
            <w:tcBorders>
              <w:top w:val="nil"/>
              <w:left w:val="nil"/>
              <w:bottom w:val="nil"/>
              <w:right w:val="nil"/>
              <w:insideH w:val="nil"/>
              <w:insideV w:val="nil"/>
            </w:tcBorders>
          </w:tcPr>
          <w:p>
            <w:pPr>
              <w:jc w:val="center"/>
            </w:pPr>
            <w:r>
              <w:br/>
              <w:br/>
              <w:t>Firma: _________________________</w:t>
            </w:r>
          </w:p>
        </w:tc>
      </w:tr>
      <w:tr>
        <w:tc>
          <w:tcPr>
            <w:tcW w:type="dxa" w:w="4986"/>
            <w:tcBorders>
              <w:top w:val="nil"/>
              <w:left w:val="nil"/>
              <w:bottom w:val="nil"/>
              <w:right w:val="nil"/>
              <w:insideH w:val="nil"/>
              <w:insideV w:val="nil"/>
            </w:tcBorders>
          </w:tcPr>
          <w:p>
            <w:pPr>
              <w:jc w:val="center"/>
            </w:pPr>
            <w:r>
              <w:t>Nome e Cognome: ________________________________</w:t>
            </w:r>
          </w:p>
        </w:tc>
        <w:tc>
          <w:tcPr>
            <w:tcW w:type="dxa" w:w="4986"/>
            <w:tcBorders>
              <w:top w:val="nil"/>
              <w:left w:val="nil"/>
              <w:bottom w:val="nil"/>
              <w:right w:val="nil"/>
              <w:insideH w:val="nil"/>
              <w:insideV w:val="nil"/>
            </w:tcBorders>
          </w:tcPr>
          <w:p>
            <w:pPr>
              <w:jc w:val="center"/>
            </w:pPr>
            <w:r>
              <w:t>Nome e Cognome: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https://esperto-lettere.com/lettera-di-presentazione-di-un-azienda-a-nuovi-clienti/</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https://esperto-lettere.com</w:t>
        </w:r>
      </w:hyperlink>
    </w:p>
    <w:p>
      <w:pPr>
        <w:jc w:val="center"/>
      </w:pPr>
      <w:r>
        <w:rPr>
          <w:color w:val="808080"/>
          <w:sz w:val="20"/>
        </w:rPr>
        <w:t>Questo modello è destinato esclusivamente a un uso personale e non commerciale.</w:t>
        <w:br/>
        <w:t>Qualsiasi diffusione o pubblicazione deve citare obbligatoriamente la fonte. © esperto-lettere.com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lettere.com/lettera-di-presentazione-di-un-azienda-a-nuovi-clienti/" TargetMode="External"/><Relationship Id="rId10" Type="http://schemas.openxmlformats.org/officeDocument/2006/relationships/hyperlink" Target="https://esperto-lette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