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LETTERA DI PRESENTAZIONE DELL'ASSOCIAZIONE</w:t>
      </w:r>
    </w:p>
    <w:p/>
    <w:p/>
    <w:p>
      <w:r>
        <w:rPr>
          <w:b/>
          <w:sz w:val="20"/>
        </w:rPr>
        <w:t>Denominazione Associazione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Codice Fiscale / Partita IVA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Sede Legale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Telefono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Email :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/>
          <w:sz w:val="20"/>
        </w:rPr>
        <w:t>Spettabile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Indirizzo 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/>
          <w:sz w:val="20"/>
        </w:rPr>
        <w:t>Città :</w:t>
      </w:r>
    </w:p>
    <w:p>
      <w:r>
        <w:rPr>
          <w:b w:val="0"/>
          <w:sz w:val="20"/>
        </w:rPr>
        <w:t>______________________________________________________________</w:t>
      </w:r>
    </w:p>
    <w:p/>
    <w:p/>
    <w:p>
      <w:r>
        <w:rPr>
          <w:b/>
          <w:sz w:val="20"/>
        </w:rPr>
        <w:t>Oggetto: Presentazione dell'Associazione e richiesta di collaborazione</w:t>
      </w:r>
    </w:p>
    <w:p/>
    <w:p/>
    <w:p>
      <w:r>
        <w:rPr>
          <w:b w:val="0"/>
          <w:sz w:val="20"/>
        </w:rPr>
        <w:t>Egregi Signori,</w:t>
      </w:r>
    </w:p>
    <w:p/>
    <w:p>
      <w:r>
        <w:rPr>
          <w:b w:val="0"/>
          <w:sz w:val="20"/>
        </w:rPr>
        <w:t>con la presente desideriamo presentare la nostra Associazione, costituita con l’obiettivo di promuovere e tutelare gli interessi dei nostri associati, nonché di valorizzare iniziative culturali, sociali e di solidarietà all’interno del territorio di riferimento. L’Associazione opera nel rispetto della normativa vigente e si impegna a garantire trasparenza, partecipazione e inclusione nelle proprie attività.</w:t>
      </w:r>
    </w:p>
    <w:p/>
    <w:p>
      <w:r>
        <w:rPr>
          <w:b w:val="0"/>
          <w:sz w:val="20"/>
        </w:rPr>
        <w:t>La nostra realtà associativa è composta da soci attivi e volontari che collaborano con dedizione per realizzare progetti concreti e iniziative a beneficio della comunità. Siamo convinti che una collaborazione con la Vostra stimata organizzazione possa portare a sinergie importanti e alla realizzazione di obiettivi comuni.</w:t>
      </w:r>
    </w:p>
    <w:p/>
    <w:p>
      <w:r>
        <w:rPr>
          <w:b w:val="0"/>
          <w:sz w:val="20"/>
        </w:rPr>
        <w:t>Pertanto, siamo a richiedere un incontro o un confronto per approfondire le possibili modalità di collaborazione e per presentare dettagliatamente le nostre attività, i progetti in corso e le opportunità di partecipazione.</w:t>
      </w:r>
    </w:p>
    <w:p/>
    <w:p>
      <w:r>
        <w:rPr>
          <w:b w:val="0"/>
          <w:sz w:val="20"/>
        </w:rPr>
        <w:t>Restiamo a disposizione per ogni ulteriore informazione e confidiamo in un riscontro positivo alla presente, nella convinzione che insieme si possano costruire iniziative di valore per la collettività.</w:t>
      </w:r>
    </w:p>
    <w:p/>
    <w:p/>
    <w:p>
      <w:r>
        <w:rPr>
          <w:b w:val="0"/>
          <w:sz w:val="20"/>
        </w:rPr>
        <w:t>Cordiali saluti,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l'Associazione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 il Destinatario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https://esperto-lettere.com/lettera-di-presentazione-di-un-associazione/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lettera-di-presentazione-di-un-associazion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