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PRESENTAZIONE AGENTE DI COMMERCIO</w:t>
      </w:r>
    </w:p>
    <w:p/>
    <w:p/>
    <w:p>
      <w:r>
        <w:rPr>
          <w:b/>
          <w:sz w:val="20"/>
        </w:rPr>
        <w:t>Dati dell'Agente di Commercio:</w:t>
      </w:r>
    </w:p>
    <w:p>
      <w:r>
        <w:rPr>
          <w:b w:val="0"/>
          <w:sz w:val="20"/>
        </w:rPr>
        <w:t>Nome e Cognome : ___________________________________________________</w:t>
      </w:r>
    </w:p>
    <w:p>
      <w:r>
        <w:rPr>
          <w:b w:val="0"/>
          <w:sz w:val="20"/>
        </w:rPr>
        <w:t>Codice Fiscale/P.IVA : ______________________________________________</w:t>
      </w:r>
    </w:p>
    <w:p>
      <w:r>
        <w:rPr>
          <w:b w:val="0"/>
          <w:sz w:val="20"/>
        </w:rPr>
        <w:t>Indirizzo : _________________________________________________________</w:t>
      </w:r>
    </w:p>
    <w:p>
      <w:r>
        <w:rPr>
          <w:b w:val="0"/>
          <w:sz w:val="20"/>
        </w:rPr>
        <w:t>Telefono : 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</w:t>
      </w:r>
    </w:p>
    <w:p/>
    <w:p/>
    <w:p>
      <w:r>
        <w:rPr>
          <w:b/>
          <w:sz w:val="20"/>
        </w:rPr>
        <w:t>Dati del Destinatario:</w:t>
      </w:r>
    </w:p>
    <w:p>
      <w:r>
        <w:rPr>
          <w:b w:val="0"/>
          <w:sz w:val="20"/>
        </w:rPr>
        <w:t>Ragione Sociale : ___________________________________________________</w:t>
      </w:r>
    </w:p>
    <w:p>
      <w:r>
        <w:rPr>
          <w:b w:val="0"/>
          <w:sz w:val="20"/>
        </w:rPr>
        <w:t>Indirizzo : _________________________________________________________</w:t>
      </w:r>
    </w:p>
    <w:p>
      <w:r>
        <w:rPr>
          <w:b w:val="0"/>
          <w:sz w:val="20"/>
        </w:rPr>
        <w:t>Telefono : 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</w:t>
      </w:r>
    </w:p>
    <w:p/>
    <w:p/>
    <w:p>
      <w:r>
        <w:rPr>
          <w:b/>
          <w:sz w:val="20"/>
        </w:rPr>
        <w:t>Oggetto: Presentazione professionale per incarico di agente di commercio</w:t>
      </w:r>
    </w:p>
    <w:p/>
    <w:p/>
    <w:p>
      <w:r>
        <w:rPr>
          <w:b w:val="0"/>
          <w:sz w:val="20"/>
        </w:rPr>
        <w:t>Spett.le Azienda,</w:t>
        <w:br/>
        <w:br/>
        <w:t>con la presente desidero presentarmi quale Agente di Commercio qualificato e motivato, interessato a collaborare con la Vostra stimata impresa per la promozione e la vendita dei prodotti e servizi offerti.</w:t>
        <w:br/>
        <w:br/>
        <w:t>Grazie alla mia esperienza pluriennale nel settore commerciale e alla conoscenza approfondita del mercato di riferimento, sono in grado di instaurare rapporti di fiducia con la clientela, sviluppare strategie di vendita efficaci e raggiungere gli obiettivi prefissati.</w:t>
        <w:br/>
        <w:br/>
        <w:t>Offro professionalità, serietà e una forte determinazione nel rappresentare al meglio l’azienda, sostenendo e ampliando la rete commerciale con competenza e trasparenza.</w:t>
        <w:br/>
        <w:br/>
        <w:t>Resto a disposizione per un eventuale incontro conoscitivo, durante il quale potremo approfondire le modalità di collaborazione e i reciproci obiettivi.</w:t>
        <w:br/>
        <w:br/>
        <w:t>Ringraziando per l’attenzione, porgo distinti saluti.</w:t>
      </w:r>
    </w:p>
    <w:p/>
    <w:p/>
    <w:p>
      <w:r>
        <w:rPr>
          <w:b w:val="0"/>
          <w:sz w:val="20"/>
        </w:rPr>
        <w:t>Cordiali saluti,</w:t>
      </w:r>
    </w:p>
    <w:p/>
    <w:p/>
    <w:p/>
    <w:p>
      <w:pPr>
        <w:jc w:val="center"/>
      </w:pPr>
      <w:r>
        <w:rPr>
          <w:b w:val="0"/>
          <w:sz w:val="20"/>
        </w:rPr>
        <w:t>_______________________________</w:t>
      </w:r>
    </w:p>
    <w:p>
      <w:pPr>
        <w:jc w:val="center"/>
      </w:pPr>
      <w:r>
        <w:rPr>
          <w:b w:val="0"/>
          <w:sz w:val="20"/>
        </w:rPr>
        <w:t>Nome e Cognome dell'Agente di Commercio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Agente di Commercio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https://esperto-lettere.com/lettera-di-presentazione-agente-di-commercio/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presentazione-agente-di-commerci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