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LETTERA DI LICENZIAMENTO PER GIUSTA CAUSA</w:t>
      </w:r>
    </w:p>
    <w:p/>
    <w:p/>
    <w:p>
      <w:r>
        <w:rPr>
          <w:b/>
          <w:sz w:val="20"/>
        </w:rPr>
        <w:t>Datore di Lavoro:</w:t>
      </w:r>
    </w:p>
    <w:p>
      <w:r>
        <w:rPr>
          <w:b w:val="0"/>
          <w:sz w:val="20"/>
        </w:rPr>
        <w:t>Nome / Ragione Sociale : ___________________________________________</w:t>
      </w:r>
    </w:p>
    <w:p>
      <w:r>
        <w:rPr>
          <w:b w:val="0"/>
          <w:sz w:val="20"/>
        </w:rPr>
        <w:t>Indirizzo : ________________________________________________________</w:t>
      </w:r>
    </w:p>
    <w:p>
      <w:r>
        <w:rPr>
          <w:b w:val="0"/>
          <w:sz w:val="20"/>
        </w:rPr>
        <w:t>Codice Fiscale / P.IVA : ____________________________________________</w:t>
      </w:r>
    </w:p>
    <w:p/>
    <w:p>
      <w:r>
        <w:rPr>
          <w:b/>
          <w:sz w:val="20"/>
        </w:rPr>
        <w:t>Lavoratore:</w:t>
      </w:r>
    </w:p>
    <w:p>
      <w:r>
        <w:rPr>
          <w:b w:val="0"/>
          <w:sz w:val="20"/>
        </w:rPr>
        <w:t>Nome e Cognome : _________________________________________________</w:t>
      </w:r>
    </w:p>
    <w:p>
      <w:r>
        <w:rPr>
          <w:b w:val="0"/>
          <w:sz w:val="20"/>
        </w:rPr>
        <w:t>Luogo e Data di Nascita : __________________________________________</w:t>
      </w:r>
    </w:p>
    <w:p>
      <w:r>
        <w:rPr>
          <w:b w:val="0"/>
          <w:sz w:val="20"/>
        </w:rPr>
        <w:t>Residenza : ________________________________________________________</w:t>
      </w:r>
    </w:p>
    <w:p/>
    <w:p/>
    <w:p>
      <w:r>
        <w:rPr>
          <w:b/>
          <w:sz w:val="20"/>
        </w:rPr>
        <w:t>Oggetto: Lettera di Licenziamento per Giusta Causa</w:t>
      </w:r>
    </w:p>
    <w:p/>
    <w:p>
      <w:r>
        <w:rPr>
          <w:b w:val="0"/>
          <w:sz w:val="20"/>
        </w:rPr>
        <w:t>Con la presente, a seguito di valutazione approfondita e nel rispetto delle normative vigenti in materia di lavoro, siamo a comunicarLe il licenziamento immediato per giusta causa ai sensi e per gli effetti dell'art. 2119 del Codice Civile.</w:t>
      </w:r>
    </w:p>
    <w:p/>
    <w:p>
      <w:r>
        <w:rPr>
          <w:b w:val="0"/>
          <w:sz w:val="20"/>
        </w:rPr>
        <w:t>Il provvedimento adottato si rende necessario a causa di comportamenti da Lei tenuti che costituiscono grave inadempimento degli obblighi contrattuali e che rendono impossibile la prosecuzione, anche temporanea, del rapporto di lavoro.</w:t>
      </w:r>
    </w:p>
    <w:p/>
    <w:p>
      <w:r>
        <w:rPr>
          <w:b w:val="0"/>
          <w:sz w:val="20"/>
        </w:rPr>
        <w:t>In particolare, le motivazioni che giustificano il presente licenziamento sono le seguenti: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 w:val="0"/>
          <w:sz w:val="20"/>
        </w:rPr>
        <w:t>La presente comunicazione ha valore immediato e pertanto il rapporto di lavoro si considera interrotto dalla data di ricevimento della presente lettera.</w:t>
      </w:r>
    </w:p>
    <w:p/>
    <w:p>
      <w:r>
        <w:rPr>
          <w:b w:val="0"/>
          <w:sz w:val="20"/>
        </w:rPr>
        <w:t>Le verranno corrisposti tutti gli emolumenti spettanti fino alla data di cessazione del rapporto, inclusi gli eventuali ratei di ferie, tredicesima e altre indennità.</w:t>
      </w:r>
    </w:p>
    <w:p/>
    <w:p>
      <w:r>
        <w:rPr>
          <w:b w:val="0"/>
          <w:sz w:val="20"/>
        </w:rPr>
        <w:t>Le ricordiamo inoltre che il presente licenziamento è stato adottato nel pieno rispetto del principio del contraddittorio, e che Lei ha avuto la possibilità di fornire le proprie dichiarazioni in merito ai fatti contestati.</w:t>
      </w:r>
    </w:p>
    <w:p/>
    <w:p>
      <w:r>
        <w:rPr>
          <w:b w:val="0"/>
          <w:sz w:val="20"/>
        </w:rPr>
        <w:t>Per ogni eventuale chiarimento potrà rivolgersi al nostro ufficio Risorse Umane.</w:t>
      </w:r>
    </w:p>
    <w:p/>
    <w:p/>
    <w:p>
      <w:r>
        <w:rPr>
          <w:b w:val="0"/>
          <w:sz w:val="20"/>
        </w:rPr>
        <w:t>Distinti saluti,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Il Datore di Lavoro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Il Lavoratore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</w:tbl>
    <w:p/>
    <w:p/>
    <w:p>
      <w:r>
        <w:rPr>
          <w:b w:val="0"/>
          <w:sz w:val="20"/>
        </w:rPr>
        <w:t>Luogo : ______________________    Data : 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https://esperto-lettere.com/lettera-di-licenziamento-per-giusta-causa-modello/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https://esperto-lettere.com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esperto-lettere.com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lettere.com/lettera-di-licenziamento-per-giusta-causa-modello/" TargetMode="External"/><Relationship Id="rId10" Type="http://schemas.openxmlformats.org/officeDocument/2006/relationships/hyperlink" Target="https://esperto-letter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