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DONAZIONE AD UN'ASSOCIAZIONE</w:t>
      </w:r>
    </w:p>
    <w:p/>
    <w:p/>
    <w:p>
      <w:r>
        <w:rPr>
          <w:b/>
          <w:sz w:val="20"/>
        </w:rPr>
        <w:t>Dati del Donatore:</w:t>
      </w:r>
    </w:p>
    <w:p>
      <w:r>
        <w:rPr>
          <w:b w:val="0"/>
          <w:sz w:val="20"/>
        </w:rPr>
        <w:t>Nome e Cognome : ________________________________________________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Indirizzo : ______________________________________________________</w:t>
      </w:r>
    </w:p>
    <w:p>
      <w:r>
        <w:rPr>
          <w:b w:val="0"/>
          <w:sz w:val="20"/>
        </w:rPr>
        <w:t>Città : __________________________ CAP : ________________________</w:t>
      </w:r>
    </w:p>
    <w:p/>
    <w:p>
      <w:r>
        <w:rPr>
          <w:b/>
          <w:sz w:val="20"/>
        </w:rPr>
        <w:t>Dati dell'Associazione Beneficiaria:</w:t>
      </w:r>
    </w:p>
    <w:p>
      <w:r>
        <w:rPr>
          <w:b w:val="0"/>
          <w:sz w:val="20"/>
        </w:rPr>
        <w:t>Denominazione : _________________________________________________</w:t>
      </w:r>
    </w:p>
    <w:p>
      <w:r>
        <w:rPr>
          <w:b w:val="0"/>
          <w:sz w:val="20"/>
        </w:rPr>
        <w:t>Codice Fiscale/Partita IVA : ______________________________________</w:t>
      </w:r>
    </w:p>
    <w:p>
      <w:r>
        <w:rPr>
          <w:b w:val="0"/>
          <w:sz w:val="20"/>
        </w:rPr>
        <w:t>Sede Legale : ____________________________________________________</w:t>
      </w:r>
    </w:p>
    <w:p>
      <w:r>
        <w:rPr>
          <w:b w:val="0"/>
          <w:sz w:val="20"/>
        </w:rPr>
        <w:t>Città : __________________________ CAP : ________________________</w:t>
      </w:r>
    </w:p>
    <w:p/>
    <w:p/>
    <w:p>
      <w:pPr>
        <w:jc w:val="center"/>
      </w:pPr>
      <w:r>
        <w:rPr>
          <w:b/>
          <w:sz w:val="20"/>
        </w:rPr>
        <w:t>OGGETTO DELLA DONAZIONE</w:t>
      </w:r>
    </w:p>
    <w:p/>
    <w:p>
      <w:r>
        <w:rPr>
          <w:b w:val="0"/>
          <w:sz w:val="20"/>
        </w:rPr>
        <w:t>Con la presente, il sottoscritto Donatore dichiara di effettuare una donazione a favore dell'Associazione Beneficiaria sopra indicata, ai sensi degli articoli 769 e seguenti del Codice Civile, con le modalità e le condizioni di seguito specificate.</w:t>
      </w:r>
    </w:p>
    <w:p/>
    <w:p/>
    <w:p>
      <w:r>
        <w:rPr>
          <w:b/>
          <w:sz w:val="20"/>
        </w:rPr>
        <w:t>DESCRIZIONE DELLA DONAZIONE</w:t>
      </w:r>
    </w:p>
    <w:p>
      <w:r>
        <w:rPr>
          <w:b w:val="0"/>
          <w:sz w:val="20"/>
        </w:rPr>
        <w:t>Il Donatore dona all'Associazione, a titolo gratuito e senza alcun corrispettivo, quanto segue:</w:t>
      </w:r>
    </w:p>
    <w:p>
      <w:r>
        <w:rPr>
          <w:b w:val="0"/>
          <w:sz w:val="20"/>
        </w:rPr>
        <w:t>- Denaro contante o assegni bancari : € _______________________________</w:t>
      </w:r>
    </w:p>
    <w:p>
      <w:r>
        <w:rPr>
          <w:b w:val="0"/>
          <w:sz w:val="20"/>
        </w:rPr>
        <w:t>- Beni mobili (specificare) : _______________________________________</w:t>
      </w:r>
    </w:p>
    <w:p>
      <w:r>
        <w:rPr>
          <w:b w:val="0"/>
          <w:sz w:val="20"/>
        </w:rPr>
        <w:t>- Beni immobili (specificare) : _____________________________________</w:t>
      </w:r>
    </w:p>
    <w:p/>
    <w:p>
      <w:r>
        <w:rPr>
          <w:b/>
          <w:sz w:val="20"/>
        </w:rPr>
        <w:t>FINALITÀ DELLA DONAZIONE</w:t>
      </w:r>
    </w:p>
    <w:p>
      <w:r>
        <w:rPr>
          <w:b w:val="0"/>
          <w:sz w:val="20"/>
        </w:rPr>
        <w:t>La donazione è destinata esclusivamente al perseguimento delle finalità statutariamente previste dall'Associazione, come attività di utilità sociale, assistenza, promozione culturale o altro descritto nello statuto.</w:t>
      </w:r>
    </w:p>
    <w:p/>
    <w:p>
      <w:r>
        <w:rPr>
          <w:b/>
          <w:sz w:val="20"/>
        </w:rPr>
        <w:t>DICHIARAZIONI DEL DONATORE</w:t>
      </w:r>
    </w:p>
    <w:p>
      <w:r>
        <w:rPr>
          <w:b w:val="0"/>
          <w:sz w:val="20"/>
        </w:rPr>
        <w:t>Il Donatore dichiara di essere pienamente capace di intendere e di volere e di effettuare la presente donazione in modo libero, volontario e consapevole, senza alcuna costrizione o condizionamento.</w:t>
      </w:r>
    </w:p>
    <w:p/>
    <w:p>
      <w:r>
        <w:rPr>
          <w:b/>
          <w:sz w:val="20"/>
        </w:rPr>
        <w:t>ACCETTAZIONE DELL'ASSOCIAZIONE</w:t>
      </w:r>
    </w:p>
    <w:p>
      <w:r>
        <w:rPr>
          <w:b w:val="0"/>
          <w:sz w:val="20"/>
        </w:rPr>
        <w:t>L'Associazione Beneficiaria, rappresentata dal suo legale rappresentante, accetta la donazione alle condizioni sopra indicate, impegnandosi a destinarla esclusivamente alle finalità statutariamente previste e a rendicontarne l'utilizzo secondo le normative vigenti.</w:t>
      </w:r>
    </w:p>
    <w:p/>
    <w:p/>
    <w:p>
      <w:r>
        <w:rPr>
          <w:b/>
          <w:sz w:val="20"/>
        </w:rPr>
        <w:t>CLAUSOLE FINALI</w:t>
      </w:r>
    </w:p>
    <w:p>
      <w:r>
        <w:rPr>
          <w:b w:val="0"/>
          <w:sz w:val="20"/>
        </w:rPr>
        <w:t>La presente lettera di donazione costituisce titolo giuridico valido ai sensi della legge italiana.</w:t>
      </w:r>
    </w:p>
    <w:p>
      <w:r>
        <w:rPr>
          <w:b w:val="0"/>
          <w:sz w:val="20"/>
        </w:rPr>
        <w:t>Le parti dichiarano che per quanto non espressamente previsto si applicano le disposizioni del Codice Civile in materia di donazioni.</w:t>
      </w:r>
    </w:p>
    <w:p/>
    <w:p/>
    <w:p>
      <w:r>
        <w:rPr>
          <w:b w:val="0"/>
          <w:sz w:val="20"/>
        </w:rPr>
        <w:t>Luogo : ____________________________________</w:t>
      </w:r>
    </w:p>
    <w:p>
      <w:r>
        <w:rPr>
          <w:b w:val="0"/>
          <w:sz w:val="20"/>
        </w:rPr>
        <w:t>Data : 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DONATORE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ASSOCIAZIONE BENEFICIARIA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https://esperto-lettere.com/lettera-di-donazione-ad-un-associazione-fac-simile/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di-donazione-ad-un-associazione-fac-simil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