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DIMISSIONE OSPEDALIERA</w:t>
      </w:r>
    </w:p>
    <w:p/>
    <w:p/>
    <w:p>
      <w:r>
        <w:rPr>
          <w:b/>
          <w:sz w:val="20"/>
        </w:rPr>
        <w:t>Dati Anagrafici del Paziente:</w:t>
      </w:r>
    </w:p>
    <w:p>
      <w:r>
        <w:rPr>
          <w:b w:val="0"/>
          <w:sz w:val="20"/>
        </w:rPr>
        <w:t>Nome e Cognome : ____________________________________________________</w:t>
      </w:r>
    </w:p>
    <w:p>
      <w:r>
        <w:rPr>
          <w:b w:val="0"/>
          <w:sz w:val="20"/>
        </w:rPr>
        <w:t>Data di Nascita : ___________________________________________________</w:t>
      </w:r>
    </w:p>
    <w:p>
      <w:r>
        <w:rPr>
          <w:b w:val="0"/>
          <w:sz w:val="20"/>
        </w:rPr>
        <w:t>Codice Fiscale : ____________________________________________________</w:t>
      </w:r>
    </w:p>
    <w:p>
      <w:r>
        <w:rPr>
          <w:b w:val="0"/>
          <w:sz w:val="20"/>
        </w:rPr>
        <w:t>Residenza : _________________________________________________________</w:t>
      </w:r>
    </w:p>
    <w:p/>
    <w:p>
      <w:r>
        <w:rPr>
          <w:b/>
          <w:sz w:val="20"/>
        </w:rPr>
        <w:t>Dati del Ricovero:</w:t>
      </w:r>
    </w:p>
    <w:p>
      <w:r>
        <w:rPr>
          <w:b w:val="0"/>
          <w:sz w:val="20"/>
        </w:rPr>
        <w:t>Numero Cartella Clinica : ____________________________________________</w:t>
      </w:r>
    </w:p>
    <w:p>
      <w:r>
        <w:rPr>
          <w:b w:val="0"/>
          <w:sz w:val="20"/>
        </w:rPr>
        <w:t>Data di Ricovero : _________________________________________________</w:t>
      </w:r>
    </w:p>
    <w:p>
      <w:r>
        <w:rPr>
          <w:b w:val="0"/>
          <w:sz w:val="20"/>
        </w:rPr>
        <w:t>Reparto di Ricovero : _______________________________________________</w:t>
      </w:r>
    </w:p>
    <w:p>
      <w:r>
        <w:rPr>
          <w:b w:val="0"/>
          <w:sz w:val="20"/>
        </w:rPr>
        <w:t>Medico Responsabile : _______________________________________________</w:t>
      </w:r>
    </w:p>
    <w:p/>
    <w:p>
      <w:r>
        <w:rPr>
          <w:b/>
          <w:sz w:val="20"/>
        </w:rPr>
        <w:t>Motivo del Ricovero: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Diagnosi all’ingresso: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Terapia e trattamenti effettuati durante il ricovero: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Diagnosi alla dimissione: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Stato clinico alla dimissione: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Indicazioni e raccomandazioni per il paziente: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Terapia consigliata alla dimissione: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Esami e controlli da effettuare successivamente: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/>
    <w:p>
      <w:r>
        <w:rPr>
          <w:b w:val="0"/>
          <w:sz w:val="20"/>
        </w:rPr>
        <w:t>Luogo : ____________________________    Firma del Medico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PAZIENTE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MEDICO CURANTE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https://esperto-lettere.com/lettera-di-dimissione-ospedaliera-fac-simile/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di-dimissione-ospedaliera-fac-simi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