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DIFFIDA PER DIVISIONE EREDitaria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Cognome: _______________________________________________</w:t>
      </w:r>
    </w:p>
    <w:p>
      <w:r>
        <w:rPr>
          <w:b w:val="0"/>
          <w:sz w:val="20"/>
        </w:rPr>
        <w:t>Indirizzo: ____________________________________________________</w:t>
      </w:r>
    </w:p>
    <w:p>
      <w:r>
        <w:rPr>
          <w:b w:val="0"/>
          <w:sz w:val="20"/>
        </w:rPr>
        <w:t>Codice Fiscale: ________________________________________________</w:t>
      </w:r>
    </w:p>
    <w:p/>
    <w:p>
      <w:r>
        <w:rPr>
          <w:b/>
          <w:sz w:val="20"/>
        </w:rPr>
        <w:t>Destinatari:</w:t>
      </w:r>
    </w:p>
    <w:p>
      <w:r>
        <w:rPr>
          <w:b w:val="0"/>
          <w:sz w:val="20"/>
        </w:rPr>
        <w:t>Nome e Cognome: _______________________________________________</w:t>
      </w:r>
    </w:p>
    <w:p>
      <w:r>
        <w:rPr>
          <w:b w:val="0"/>
          <w:sz w:val="20"/>
        </w:rPr>
        <w:t>Indirizzo: ____________________________________________________</w:t>
      </w:r>
    </w:p>
    <w:p>
      <w:r>
        <w:rPr>
          <w:b w:val="0"/>
          <w:sz w:val="20"/>
        </w:rPr>
        <w:t>Codice Fiscale: ________________________________________________</w:t>
      </w:r>
    </w:p>
    <w:p/>
    <w:p/>
    <w:p>
      <w:r>
        <w:rPr>
          <w:b/>
          <w:sz w:val="20"/>
        </w:rPr>
        <w:t>Oggetto: Diffida ad adempiere alla divisione ereditaria</w:t>
      </w:r>
    </w:p>
    <w:p/>
    <w:p/>
    <w:p>
      <w:r>
        <w:rPr>
          <w:b w:val="0"/>
          <w:sz w:val="20"/>
        </w:rPr>
        <w:t>Egregi Signori,</w:t>
      </w:r>
    </w:p>
    <w:p/>
    <w:p>
      <w:r>
        <w:rPr>
          <w:b w:val="0"/>
          <w:sz w:val="20"/>
        </w:rPr>
        <w:t>Il/La sottoscritto/a, in qualità di erede legittimo/a del defunto ____________________________, intende formalmente diffidare codesti eredi a procedere senza indugio alla divisione ereditaria relativa all’asse ereditario lasciato dal suddetto. Nonostante ripetute richieste verbali e scritte, ad oggi non è stata avviata né conclusa alcuna operazione di divisione, con conseguente stagnazione della situazione ereditaria e possibile pregiudizio agli interessi di tutti gli aventi diritto.</w:t>
      </w:r>
    </w:p>
    <w:p/>
    <w:p>
      <w:r>
        <w:rPr>
          <w:b w:val="0"/>
          <w:sz w:val="20"/>
        </w:rPr>
        <w:t>Si ricorda che, ai sensi degli articoli 713 e seguenti del Codice Civile, la divisione ereditaria deve essere effettuata congiuntamente tra tutti gli eredi, rispettando le quote spettanti a ciascuno, e che eventuali ritardi ingiustificati possono essere sanzionati anche mediante azione giudiziaria.</w:t>
      </w:r>
    </w:p>
    <w:p/>
    <w:p>
      <w:r>
        <w:rPr>
          <w:b w:val="0"/>
          <w:sz w:val="20"/>
        </w:rPr>
        <w:t>Pertanto, con la presente diffida formale, si intima a tutti gli eredi coinvolti di adoperarsi per procedere alla divisione dell’eredità entro e non oltre 30 (trenta) giorni dal ricevimento della presente, al fine di evitare l’instaurazione di contenziosi giudiziari che potrebbero comportare ulteriori spese e complicazioni per tutte le parti.</w:t>
      </w:r>
    </w:p>
    <w:p/>
    <w:p>
      <w:r>
        <w:rPr>
          <w:b w:val="0"/>
          <w:sz w:val="20"/>
        </w:rPr>
        <w:t>Rimango a disposizione per concordare modalità e tempi della divisione, auspicando un accordo bonario e collaborativo nel rispetto del dettato normativo e dei diritti di ciascuno.</w:t>
      </w:r>
    </w:p>
    <w:p/>
    <w:p/>
    <w:p>
      <w:r>
        <w:rPr>
          <w:b w:val="0"/>
          <w:sz w:val="20"/>
        </w:rPr>
        <w:t>Distinti saluti,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Firma del/della Mittente</w:t>
      </w:r>
    </w:p>
    <w:p/>
    <w:p/>
    <w:p>
      <w:r>
        <w:rPr>
          <w:b w:val="0"/>
          <w:sz w:val="20"/>
        </w:rPr>
        <w:t>Luogo : __________________________________</w:t>
      </w:r>
    </w:p>
    <w:p>
      <w:r>
        <w:rPr>
          <w:b w:val="0"/>
          <w:sz w:val="20"/>
        </w:rPr>
        <w:t>Data 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Erede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Erede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https://esperto-lettere.com/lettera-di-diffida-per-divisione-ereditaria-fac-simile/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di-diffida-per-divisione-ereditaria-fac-simil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