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LETTERA DI DIFFIDA AL DATORE DI LAVORO</w:t>
      </w:r>
    </w:p>
    <w:p/>
    <w:p/>
    <w:p>
      <w:r>
        <w:rPr>
          <w:b/>
          <w:sz w:val="20"/>
        </w:rPr>
        <w:t>Mittente :</w:t>
      </w:r>
    </w:p>
    <w:p>
      <w:r>
        <w:rPr>
          <w:b w:val="0"/>
          <w:sz w:val="20"/>
        </w:rPr>
        <w:t>Nome e Cognome: _____________________________________________</w:t>
      </w:r>
    </w:p>
    <w:p>
      <w:r>
        <w:rPr>
          <w:b w:val="0"/>
          <w:sz w:val="20"/>
        </w:rPr>
        <w:t>Indirizzo: _________________________________________________</w:t>
      </w:r>
    </w:p>
    <w:p>
      <w:r>
        <w:rPr>
          <w:b w:val="0"/>
          <w:sz w:val="20"/>
        </w:rPr>
        <w:t>Codice Fiscale: ____________________________________________</w:t>
      </w:r>
    </w:p>
    <w:p>
      <w:r>
        <w:rPr>
          <w:b w:val="0"/>
          <w:sz w:val="20"/>
        </w:rPr>
        <w:t>Telefono: _________________________________________________</w:t>
      </w:r>
    </w:p>
    <w:p/>
    <w:p>
      <w:r>
        <w:rPr>
          <w:b/>
          <w:sz w:val="20"/>
        </w:rPr>
        <w:t>Destinatario :</w:t>
      </w:r>
    </w:p>
    <w:p>
      <w:r>
        <w:rPr>
          <w:b w:val="0"/>
          <w:sz w:val="20"/>
        </w:rPr>
        <w:t>Datore di Lavoro: ___________________________________________</w:t>
      </w:r>
    </w:p>
    <w:p>
      <w:r>
        <w:rPr>
          <w:b w:val="0"/>
          <w:sz w:val="20"/>
        </w:rPr>
        <w:t>Ragione Sociale/Azienda: _____________________________________</w:t>
      </w:r>
    </w:p>
    <w:p>
      <w:r>
        <w:rPr>
          <w:b w:val="0"/>
          <w:sz w:val="20"/>
        </w:rPr>
        <w:t>Sede Legale: _______________________________________________</w:t>
      </w:r>
    </w:p>
    <w:p>
      <w:r>
        <w:rPr>
          <w:b w:val="0"/>
          <w:sz w:val="20"/>
        </w:rPr>
        <w:t>PEC o Email: _______________________________________________</w:t>
      </w:r>
    </w:p>
    <w:p/>
    <w:p/>
    <w:p>
      <w:r>
        <w:rPr>
          <w:b/>
          <w:sz w:val="20"/>
        </w:rPr>
        <w:t>Oggetto: Diffida formale ai sensi degli artt. 2087 e 2106 c.c. per inadempienze contrattuali</w:t>
      </w:r>
    </w:p>
    <w:p/>
    <w:p/>
    <w:p>
      <w:r>
        <w:rPr>
          <w:b w:val="0"/>
          <w:sz w:val="20"/>
        </w:rPr>
        <w:t>Spett.le Datore di Lavoro,</w:t>
        <w:br/>
        <w:t>con la presente, il sottoscritto/a _________________________________________, in qualità di dipendente presso codesta Azienda, intende formalmente diffidare codesta Amministrazione in relazione alle seguenti inadempienze contrattuali e/o violazioni degli obblighi di legge riscontrate durante il rapporto di lavoro.</w:t>
      </w:r>
    </w:p>
    <w:p/>
    <w:p>
      <w:r>
        <w:rPr>
          <w:b/>
          <w:sz w:val="20"/>
        </w:rPr>
        <w:t>Premesso che:</w:t>
      </w:r>
    </w:p>
    <w:p>
      <w:r>
        <w:rPr>
          <w:b w:val="0"/>
          <w:sz w:val="20"/>
        </w:rPr>
        <w:t>a) Il sottoscritto è assunto/a presso codesta Azienda in forza di un contratto di lavoro subordinato a tempo ____________;</w:t>
        <w:br/>
        <w:t>b) Durante l’esecuzione del rapporto di lavoro sono emerse le seguenti problematiche e inadempienze da parte del Datore di Lavoro:</w:t>
        <w:br/>
        <w:t xml:space="preserve">   - ________________________________________________________________</w:t>
        <w:br/>
        <w:t xml:space="preserve">   - ________________________________________________________________</w:t>
        <w:br/>
        <w:t xml:space="preserve">   - ________________________________________________________________</w:t>
      </w:r>
    </w:p>
    <w:p/>
    <w:p>
      <w:r>
        <w:rPr>
          <w:b/>
          <w:sz w:val="20"/>
        </w:rPr>
        <w:t>Considerato che:</w:t>
      </w:r>
    </w:p>
    <w:p>
      <w:r>
        <w:rPr>
          <w:b w:val="0"/>
          <w:sz w:val="20"/>
        </w:rPr>
        <w:t>a) Ai sensi dell’art. 2087 c.c., il Datore di Lavoro è obbligato a garantire l’integrità fisica e morale del lavoratore;</w:t>
        <w:br/>
        <w:t>b) L’art. 2106 c.c. tutela il lavoratore da eventuali violazioni delle disposizioni contrattuali e normative;</w:t>
        <w:br/>
        <w:t>c) Le inadempienze sopra indicate configurano una violazione degli obblighi contrattuali e di legge da parte del Datore di Lavoro;</w:t>
      </w:r>
    </w:p>
    <w:p/>
    <w:p>
      <w:r>
        <w:rPr>
          <w:b/>
          <w:sz w:val="20"/>
        </w:rPr>
        <w:t>Per tutto quanto sopra esposto, con la presente diffido formalmente codesto Datore di Lavoro a:</w:t>
      </w:r>
    </w:p>
    <w:p>
      <w:r>
        <w:rPr>
          <w:b w:val="0"/>
          <w:sz w:val="20"/>
        </w:rPr>
        <w:t>1) Cessare immediatamente ogni comportamento contrario agli obblighi contrattuali e normativi;</w:t>
        <w:br/>
        <w:t>2) Adottare tutte le misure necessarie a garantire il rispetto delle condizioni di lavoro e della normativa vigente;</w:t>
        <w:br/>
        <w:t>3) Procedere alla regolarizzazione di eventuali omissioni e/o inadempienze entro e non oltre 15 (quindici) giorni dal ricevimento della presente diffida.</w:t>
      </w:r>
    </w:p>
    <w:p/>
    <w:p>
      <w:r>
        <w:rPr>
          <w:b w:val="0"/>
          <w:sz w:val="20"/>
        </w:rPr>
        <w:t>Si precisa che, in mancanza di un tempestivo e completo adempimento da parte di codesto Datore di Lavoro, il sottoscritto si riserva fin da ora di adire le vie legali per la tutela dei propri diritti, ivi inclusa la richiesta di risarcimento danni.</w:t>
      </w:r>
    </w:p>
    <w:p/>
    <w:p/>
    <w:p>
      <w:r>
        <w:rPr>
          <w:b w:val="0"/>
          <w:sz w:val="20"/>
        </w:rPr>
        <w:t>Distinti saluti,</w:t>
      </w:r>
    </w:p>
    <w:p/>
    <w:p/>
    <w:p/>
    <w:p/>
    <w:p>
      <w:r>
        <w:rPr>
          <w:b w:val="0"/>
          <w:sz w:val="20"/>
        </w:rPr>
        <w:t>Firma: _________________________________</w:t>
      </w:r>
    </w:p>
    <w:p/>
    <w:p/>
    <w:p>
      <w:r>
        <w:rPr>
          <w:b w:val="0"/>
          <w:sz w:val="20"/>
        </w:rPr>
        <w:t>Luogo : ______________________________________</w:t>
      </w:r>
    </w:p>
    <w:p>
      <w:r>
        <w:rPr>
          <w:b w:val="0"/>
          <w:sz w:val="20"/>
        </w:rPr>
        <w:t>Data : 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Mittente</w:t>
            </w:r>
          </w:p>
        </w:tc>
        <w:tc>
          <w:tcPr>
            <w:tcW w:type="dxa" w:w="4986"/>
            <w:tcBorders>
              <w:top w:val="nil"/>
              <w:left w:val="nil"/>
              <w:bottom w:val="nil"/>
              <w:right w:val="nil"/>
              <w:insideH w:val="nil"/>
              <w:insideV w:val="nil"/>
            </w:tcBorders>
          </w:tcPr>
          <w:p>
            <w:pPr>
              <w:jc w:val="center"/>
            </w:pPr>
            <w:r>
              <w:t>Destinatario</w:t>
            </w:r>
          </w:p>
        </w:tc>
      </w:tr>
      <w:tr>
        <w:tc>
          <w:tcPr>
            <w:tcW w:type="dxa" w:w="4986"/>
            <w:tcBorders>
              <w:top w:val="nil"/>
              <w:left w:val="nil"/>
              <w:bottom w:val="nil"/>
              <w:right w:val="nil"/>
              <w:insideH w:val="nil"/>
              <w:insideV w:val="nil"/>
            </w:tcBorders>
          </w:tcPr>
          <w:p>
            <w:pPr>
              <w:jc w:val="center"/>
            </w:pPr>
            <w:r>
              <w:br/>
              <w:t>Firma : _________________________</w:t>
            </w:r>
          </w:p>
        </w:tc>
        <w:tc>
          <w:tcPr>
            <w:tcW w:type="dxa" w:w="4986"/>
            <w:tcBorders>
              <w:top w:val="nil"/>
              <w:left w:val="nil"/>
              <w:bottom w:val="nil"/>
              <w:right w:val="nil"/>
              <w:insideH w:val="nil"/>
              <w:insideV w:val="nil"/>
            </w:tcBorders>
          </w:tcPr>
          <w:p>
            <w:pPr>
              <w:jc w:val="center"/>
            </w:pPr>
            <w:r>
              <w:br/>
              <w:t>Firma : 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https://esperto-lettere.com/lettera-di-diffida-al-datore-di-lavoro-fac-simile/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https://esperto-lettere.com</w:t>
        </w:r>
      </w:hyperlink>
    </w:p>
    <w:p>
      <w:pPr>
        <w:jc w:val="center"/>
      </w:pPr>
      <w:r>
        <w:rPr>
          <w:color w:val="808080"/>
          <w:sz w:val="20"/>
        </w:rPr>
        <w:t>Questo modello è destinato esclusivamente a un uso personale e non commerciale.</w:t>
        <w:br/>
        <w:t>Qualsiasi diffusione o pubblicazione deve citare obbligatoriamente la fonte. © esperto-lettere.com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lettere.com/lettera-di-diffida-al-datore-di-lavoro-fac-simile/" TargetMode="External"/><Relationship Id="rId10" Type="http://schemas.openxmlformats.org/officeDocument/2006/relationships/hyperlink" Target="https://esperto-lette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