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RILASCIO IMMOBILE</w:t>
      </w:r>
    </w:p>
    <w:p/>
    <w:p/>
    <w:p>
      <w:r>
        <w:rPr>
          <w:b/>
          <w:sz w:val="20"/>
        </w:rPr>
        <w:t>Avv. ________________________________</w:t>
      </w:r>
    </w:p>
    <w:p>
      <w:r>
        <w:rPr>
          <w:b w:val="0"/>
          <w:sz w:val="20"/>
        </w:rPr>
        <w:t>Studio Legale __________________________</w:t>
      </w:r>
    </w:p>
    <w:p>
      <w:r>
        <w:rPr>
          <w:b w:val="0"/>
          <w:sz w:val="20"/>
        </w:rPr>
        <w:t>Indirizzo: ______________________________</w:t>
      </w:r>
    </w:p>
    <w:p>
      <w:r>
        <w:rPr>
          <w:b w:val="0"/>
          <w:sz w:val="20"/>
        </w:rPr>
        <w:t>Telefono: _______________________________</w:t>
      </w:r>
    </w:p>
    <w:p>
      <w:r>
        <w:rPr>
          <w:b w:val="0"/>
          <w:sz w:val="20"/>
        </w:rPr>
        <w:t>Email: _________________________________</w:t>
      </w:r>
    </w:p>
    <w:p/>
    <w:p/>
    <w:p>
      <w:r>
        <w:rPr>
          <w:b w:val="0"/>
          <w:sz w:val="20"/>
        </w:rPr>
        <w:t>Spett.le Sig./Sig.ra ____________________________</w:t>
      </w:r>
    </w:p>
    <w:p>
      <w:r>
        <w:rPr>
          <w:b w:val="0"/>
          <w:sz w:val="20"/>
        </w:rPr>
        <w:t>Via/Piazza _________________________________</w:t>
      </w:r>
    </w:p>
    <w:p>
      <w:r>
        <w:rPr>
          <w:b w:val="0"/>
          <w:sz w:val="20"/>
        </w:rPr>
        <w:t>CAP _______ - Città ____________________________</w:t>
      </w:r>
    </w:p>
    <w:p/>
    <w:p/>
    <w:p>
      <w:r>
        <w:rPr>
          <w:b/>
          <w:sz w:val="20"/>
        </w:rPr>
        <w:t>Oggetto: Rilascio immobile locato</w:t>
      </w:r>
    </w:p>
    <w:p/>
    <w:p/>
    <w:p>
      <w:r>
        <w:rPr>
          <w:b w:val="0"/>
          <w:sz w:val="20"/>
        </w:rPr>
        <w:t>Egregio Sig./Gent.ma Sig.ra,</w:t>
      </w:r>
    </w:p>
    <w:p/>
    <w:p>
      <w:r>
        <w:rPr>
          <w:b w:val="0"/>
          <w:sz w:val="20"/>
        </w:rPr>
        <w:t>Con la presente, in qualità di legale rappresentante del Sig./della Sig.ra ____________________, locatore dell’immobile sito in ________________________________, ai sensi e per gli effetti degli articoli 1587, 1590, 1591, e seguenti del Codice Civile, La invito formalmente a rilasciare l’immobile indicato, attualmente in locazione, entro e non oltre il termine previsto dal contratto di locazione o, in mancanza, entro un termine congruo comunque non superiore a 30 giorni dalla ricezione della presente.</w:t>
      </w:r>
    </w:p>
    <w:p/>
    <w:p>
      <w:r>
        <w:rPr>
          <w:b w:val="0"/>
          <w:sz w:val="20"/>
        </w:rPr>
        <w:t>Si rammenta che il rilascio dell’immobile è dovuto per il termine di scadenza del contratto o per eventuale risoluzione anticipata, come previsto dalle condizioni contrattuali e dalla normativa vigente.</w:t>
      </w:r>
    </w:p>
    <w:p/>
    <w:p>
      <w:r>
        <w:rPr>
          <w:b w:val="0"/>
          <w:sz w:val="20"/>
        </w:rPr>
        <w:t>Qualora il rilascio non avvenga entro i termini indicati, mi vedrò costretto a tutelare i diritti e gli interessi del mio assistito mediante ricorso alle autorità giudiziarie competenti, con conseguente richiesta di sfratto e risarcimento danni ai sensi degli articoli 1587 e 1591 c.c., nonché delle normative specifiche in materia di locazione.</w:t>
      </w:r>
    </w:p>
    <w:p/>
    <w:p>
      <w:r>
        <w:rPr>
          <w:b w:val="0"/>
          <w:sz w:val="20"/>
        </w:rPr>
        <w:t>Resto a disposizione per concordare eventuali modalità di riconsegna e per qualsiasi chiarimento, auspicando un positivo e tempestivo riscontro.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Avv. ________________________</w:t>
      </w:r>
    </w:p>
    <w:p/>
    <w:p/>
    <w:p/>
    <w:p>
      <w:r>
        <w:rPr>
          <w:b w:val="0"/>
          <w:sz w:val="20"/>
        </w:rPr>
        <w:t>Luogo: _________________________    Data: 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https://esperto-lettere.com/lettera-avvocato-rilascio-immobile/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avvocato-rilascio-immob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