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ANNULLAMENTO VIAGGIO PER MOTIVI DI SALUTE</w:t>
      </w:r>
    </w:p>
    <w:p/>
    <w:p/>
    <w:p>
      <w:r>
        <w:rPr>
          <w:b/>
          <w:sz w:val="20"/>
        </w:rPr>
        <w:t>Mittente :</w:t>
      </w:r>
    </w:p>
    <w:p>
      <w:r>
        <w:rPr>
          <w:b w:val="0"/>
          <w:sz w:val="20"/>
        </w:rPr>
        <w:t>Nome e Cognome : ______________________________________________</w:t>
      </w:r>
    </w:p>
    <w:p>
      <w:r>
        <w:rPr>
          <w:b w:val="0"/>
          <w:sz w:val="20"/>
        </w:rPr>
        <w:t>Indirizzo : ____________________________________________________</w:t>
      </w:r>
    </w:p>
    <w:p>
      <w:r>
        <w:rPr>
          <w:b w:val="0"/>
          <w:sz w:val="20"/>
        </w:rPr>
        <w:t>Codice Fiscale : _______________________________________________</w:t>
      </w:r>
    </w:p>
    <w:p>
      <w:r>
        <w:rPr>
          <w:b w:val="0"/>
          <w:sz w:val="20"/>
        </w:rPr>
        <w:t>Telefono : _____________________________________________________</w:t>
      </w:r>
    </w:p>
    <w:p>
      <w:r>
        <w:rPr>
          <w:b w:val="0"/>
          <w:sz w:val="20"/>
        </w:rPr>
        <w:t>Email : _______________________________________________________</w:t>
      </w:r>
    </w:p>
    <w:p/>
    <w:p>
      <w:r>
        <w:rPr>
          <w:b/>
          <w:sz w:val="20"/>
        </w:rPr>
        <w:t>Destinatario :</w:t>
      </w:r>
    </w:p>
    <w:p>
      <w:r>
        <w:rPr>
          <w:b w:val="0"/>
          <w:sz w:val="20"/>
        </w:rPr>
        <w:t>Agenzia Viaggi / Tour Operator : ________________________________</w:t>
      </w:r>
    </w:p>
    <w:p>
      <w:r>
        <w:rPr>
          <w:b w:val="0"/>
          <w:sz w:val="20"/>
        </w:rPr>
        <w:t>Indirizzo : ____________________________________________________</w:t>
      </w:r>
    </w:p>
    <w:p>
      <w:r>
        <w:rPr>
          <w:b w:val="0"/>
          <w:sz w:val="20"/>
        </w:rPr>
        <w:t>Telefono : _____________________________________________________</w:t>
      </w:r>
    </w:p>
    <w:p>
      <w:r>
        <w:rPr>
          <w:b w:val="0"/>
          <w:sz w:val="20"/>
        </w:rPr>
        <w:t>Email : _______________________________________________________</w:t>
      </w:r>
    </w:p>
    <w:p/>
    <w:p/>
    <w:p>
      <w:r>
        <w:rPr>
          <w:b/>
          <w:sz w:val="20"/>
        </w:rPr>
        <w:t>Oggetto: Annullamento viaggio prenotato per motivi di salute</w:t>
      </w:r>
    </w:p>
    <w:p/>
    <w:p/>
    <w:p>
      <w:r>
        <w:rPr>
          <w:b w:val="0"/>
          <w:sz w:val="20"/>
        </w:rPr>
        <w:t>Spett.le Agenzia,</w:t>
      </w:r>
    </w:p>
    <w:p/>
    <w:p>
      <w:r>
        <w:rPr>
          <w:b w:val="0"/>
          <w:sz w:val="20"/>
        </w:rPr>
        <w:t>con la presente intendo comunicare l'annullamento del viaggio prenotato presso la Vostra Agenzia,</w:t>
      </w:r>
    </w:p>
    <w:p>
      <w:r>
        <w:rPr>
          <w:b w:val="0"/>
          <w:sz w:val="20"/>
        </w:rPr>
        <w:t>a causa di motivi di salute che rendono impossibile la mia partecipazione. Purtroppo, per ragioni mediche</w:t>
      </w:r>
    </w:p>
    <w:p>
      <w:r>
        <w:rPr>
          <w:b w:val="0"/>
          <w:sz w:val="20"/>
        </w:rPr>
        <w:t>documentate, sono costretto/a a rinunciare al viaggio previsto.</w:t>
      </w:r>
    </w:p>
    <w:p/>
    <w:p>
      <w:r>
        <w:rPr>
          <w:b/>
          <w:sz w:val="20"/>
        </w:rPr>
        <w:t>I dati relativi alla prenotazione sono i seguenti:</w:t>
      </w:r>
    </w:p>
    <w:p>
      <w:r>
        <w:rPr>
          <w:b w:val="0"/>
          <w:sz w:val="20"/>
        </w:rPr>
        <w:t>Nome Viaggiatore/i : ____________________________________________</w:t>
      </w:r>
    </w:p>
    <w:p>
      <w:r>
        <w:rPr>
          <w:b w:val="0"/>
          <w:sz w:val="20"/>
        </w:rPr>
        <w:t>Numero Prenotazione : ___________________________________________</w:t>
      </w:r>
    </w:p>
    <w:p>
      <w:r>
        <w:rPr>
          <w:b w:val="0"/>
          <w:sz w:val="20"/>
        </w:rPr>
        <w:t>Destinazione : _________________________________________________</w:t>
      </w:r>
    </w:p>
    <w:p>
      <w:r>
        <w:rPr>
          <w:b w:val="0"/>
          <w:sz w:val="20"/>
        </w:rPr>
        <w:t>Periodo del Viaggio : ___________________________________________</w:t>
      </w:r>
    </w:p>
    <w:p/>
    <w:p>
      <w:r>
        <w:rPr>
          <w:b w:val="0"/>
          <w:sz w:val="20"/>
        </w:rPr>
        <w:t>Allego certificato medico comprovante l'impossibilità a partire per motivi di salute,</w:t>
      </w:r>
    </w:p>
    <w:p>
      <w:r>
        <w:rPr>
          <w:b w:val="0"/>
          <w:sz w:val="20"/>
        </w:rPr>
        <w:t>con la richiesta di avviare le procedure di annullamento e rimborso secondo le condizioni contrattuali vigenti.</w:t>
      </w:r>
    </w:p>
    <w:p/>
    <w:p>
      <w:r>
        <w:rPr>
          <w:b w:val="0"/>
          <w:sz w:val="20"/>
        </w:rPr>
        <w:t>Conformemente alla normativa vigente in materia di tutela dei consumatori e di viaggi a pacchetto,</w:t>
      </w:r>
    </w:p>
    <w:p>
      <w:r>
        <w:rPr>
          <w:b w:val="0"/>
          <w:sz w:val="20"/>
        </w:rPr>
        <w:t>confido in una gestione celere e corretta della pratica, con la restituzione delle somme eventualmente anticipate,</w:t>
      </w:r>
    </w:p>
    <w:p>
      <w:r>
        <w:rPr>
          <w:b w:val="0"/>
          <w:sz w:val="20"/>
        </w:rPr>
        <w:t>al netto di eventuali penali previste dal contratto.</w:t>
      </w:r>
    </w:p>
    <w:p/>
    <w:p>
      <w:r>
        <w:rPr>
          <w:b w:val="0"/>
          <w:sz w:val="20"/>
        </w:rPr>
        <w:t>Resto a disposizione per fornire ulteriori documentazioni o chiarimenti qualora necessari.</w:t>
      </w:r>
    </w:p>
    <w:p/>
    <w:p>
      <w:r>
        <w:rPr>
          <w:b w:val="0"/>
          <w:sz w:val="20"/>
        </w:rPr>
        <w:t>Cordiali saluti,</w:t>
      </w:r>
    </w:p>
    <w:p/>
    <w:p/>
    <w:p/>
    <w:p/>
    <w:p>
      <w:r>
        <w:rPr>
          <w:b w:val="0"/>
          <w:sz w:val="20"/>
        </w:rPr>
        <w:t>Firma: __________________________________________</w:t>
      </w:r>
    </w:p>
    <w:p>
      <w:r>
        <w:rPr>
          <w:b w:val="0"/>
          <w:sz w:val="20"/>
        </w:rPr>
        <w:t>Data: 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https://esperto-lettere.com/lettera-annullamento-viaggio-per-motivi-di-salute/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annullamento-viaggio-per-motivi-di-salut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