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DELL'AMMINISTRATORE DEL CONDOMINIO</w:t>
      </w:r>
    </w:p>
    <w:p/>
    <w:p/>
    <w:p>
      <w:r>
        <w:rPr>
          <w:b/>
          <w:sz w:val="20"/>
        </w:rPr>
        <w:t>Al Condominio:</w:t>
      </w:r>
    </w:p>
    <w:p>
      <w:r>
        <w:rPr>
          <w:b w:val="0"/>
          <w:sz w:val="20"/>
        </w:rPr>
        <w:t>________________________________________________________</w:t>
      </w:r>
    </w:p>
    <w:p>
      <w:r>
        <w:rPr>
          <w:b w:val="0"/>
          <w:sz w:val="20"/>
        </w:rPr>
        <w:t>Via/Piazza ________________________________________________</w:t>
      </w:r>
    </w:p>
    <w:p>
      <w:r>
        <w:rPr>
          <w:b w:val="0"/>
          <w:sz w:val="20"/>
        </w:rPr>
        <w:t>CAP _______ - Comune _______________________________________</w:t>
      </w:r>
    </w:p>
    <w:p/>
    <w:p/>
    <w:p>
      <w:r>
        <w:rPr>
          <w:b/>
          <w:sz w:val="20"/>
        </w:rPr>
        <w:t>Amministratore Condominiale:</w:t>
      </w:r>
    </w:p>
    <w:p>
      <w:r>
        <w:rPr>
          <w:b w:val="0"/>
          <w:sz w:val="20"/>
        </w:rPr>
        <w:t>Nome e Cognome: __________________________________________</w:t>
      </w:r>
    </w:p>
    <w:p>
      <w:r>
        <w:rPr>
          <w:b w:val="0"/>
          <w:sz w:val="20"/>
        </w:rPr>
        <w:t>Indirizzo Studio: _________________________________________</w:t>
      </w:r>
    </w:p>
    <w:p>
      <w:r>
        <w:rPr>
          <w:b w:val="0"/>
          <w:sz w:val="20"/>
        </w:rPr>
        <w:t>Telefono: ___________________    Email: ___________________</w:t>
      </w:r>
    </w:p>
    <w:p/>
    <w:p/>
    <w:p>
      <w:r>
        <w:rPr>
          <w:b/>
          <w:sz w:val="20"/>
        </w:rPr>
        <w:t>Oggetto: Comunicazione ufficiale dell'Amministratore del Condominio</w:t>
      </w:r>
    </w:p>
    <w:p/>
    <w:p/>
    <w:p>
      <w:r>
        <w:rPr>
          <w:b w:val="0"/>
          <w:sz w:val="20"/>
        </w:rPr>
        <w:t>Spett.li Condomini,</w:t>
      </w:r>
    </w:p>
    <w:p/>
    <w:p>
      <w:r>
        <w:rPr>
          <w:b w:val="0"/>
          <w:sz w:val="20"/>
        </w:rPr>
        <w:t>In qualità di Amministratore del Condominio, nominato ai sensi dell'art. 1129 e seguenti del Codice Civile, con la presente intendo portare alla Vostra attenzione alcune comunicazioni importanti riguardanti la gestione dell’edificio e le relative attività condominiali.</w:t>
      </w:r>
    </w:p>
    <w:p/>
    <w:p>
      <w:r>
        <w:rPr>
          <w:b w:val="0"/>
          <w:sz w:val="20"/>
        </w:rPr>
        <w:t>1. Rendiconto Condominiale: Il rendiconto annuale delle spese è stato predisposto e sarà disponibile per la visione presso il mio studio a partire dal giorno _________________. Invito pertanto tutti i condomini ad prendere visione del documento e a segnalare eventuali osservazioni entro il termine stabilito dall’assemblea.</w:t>
      </w:r>
    </w:p>
    <w:p/>
    <w:p>
      <w:r>
        <w:rPr>
          <w:b w:val="0"/>
          <w:sz w:val="20"/>
        </w:rPr>
        <w:t>2. Manutenzione Ordinaria e Straordinaria: Si comunica che sono stati programmati interventi di manutenzione ordinaria riguardanti la pulizia delle parti comuni e la verifica degli impianti di sicurezza. Inoltre, è in programma un intervento straordinario per il rifacimento delle facciate, per il quale sarà convocata apposita assemblea per l’approvazione del preventivo e la definizione delle modalità di pagamento.</w:t>
      </w:r>
    </w:p>
    <w:p/>
    <w:p>
      <w:r>
        <w:rPr>
          <w:b w:val="0"/>
          <w:sz w:val="20"/>
        </w:rPr>
        <w:t>3. Regolamento Condominiale: Ricordo a tutti i condomini l’obbligo di osservanza del Regolamento Condominiale vigente, approvato dall’assemblea, che disciplina l’uso delle parti comuni, il rispetto della quiete e la convivenza civile all’interno del condominio.</w:t>
      </w:r>
    </w:p>
    <w:p/>
    <w:p>
      <w:r>
        <w:rPr>
          <w:b w:val="0"/>
          <w:sz w:val="20"/>
        </w:rPr>
        <w:t>4. Versamento Quote Condominiali: Si invitano i condomini a rispettare le scadenze per il versamento delle quote condominiali, al fine di garantire la corretta gestione economica e finanziaria del condominio. Eventuali ritardi verranno gestiti secondo quanto previsto dalla normativa vigente e dal Regolamento.</w:t>
      </w:r>
    </w:p>
    <w:p/>
    <w:p>
      <w:r>
        <w:rPr>
          <w:b w:val="0"/>
          <w:sz w:val="20"/>
        </w:rPr>
        <w:t>5. Assemblea Condominiale: La prossima assemblea ordinaria è convocata in data ________________, con ordine del giorno che verrà comunicato con apposita convocazione. La partecipazione è fondamentale per la buona gestione e per la condivisione delle decisioni riguardanti il condominio.</w:t>
      </w:r>
    </w:p>
    <w:p/>
    <w:p/>
    <w:p>
      <w:r>
        <w:rPr>
          <w:b w:val="0"/>
          <w:sz w:val="20"/>
        </w:rPr>
        <w:t>Resto a disposizione per ogni eventuale chiarimento o necessità, e Vi invito a contattarmi ai recapiti sopra indicati per qualsiasi comunicazione inerente la gestione condominiale.</w:t>
      </w:r>
    </w:p>
    <w:p/>
    <w:p/>
    <w:p/>
    <w:p>
      <w:r>
        <w:rPr>
          <w:b w:val="0"/>
          <w:sz w:val="20"/>
        </w:rPr>
        <w:t>Distinti saluti,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</w:t>
      </w:r>
    </w:p>
    <w:p>
      <w:pPr>
        <w:jc w:val="center"/>
      </w:pPr>
      <w:r>
        <w:rPr>
          <w:b w:val="0"/>
          <w:sz w:val="20"/>
        </w:rPr>
        <w:t>Amministratore Condominiale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Condomino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Ricezione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https://esperto-lettere.com/lettera-amministratore-condominio-fac-simile/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amministratore-condominio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