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ALLA FAMIGLIA OSPITANTE</w:t>
      </w:r>
    </w:p>
    <w:p/>
    <w:p/>
    <w:p>
      <w:r>
        <w:rPr>
          <w:b w:val="0"/>
          <w:sz w:val="20"/>
        </w:rPr>
        <w:t>Gentile Famiglia Ospitante,</w:t>
      </w:r>
    </w:p>
    <w:p/>
    <w:p>
      <w:r>
        <w:rPr>
          <w:b w:val="0"/>
          <w:sz w:val="20"/>
        </w:rPr>
        <w:t>con la presente intendiamo formalizzare l’accordo di ospitalità che regola il soggiorno del/la minore ospite presso la vostra famiglia, in conformità alle normative vigenti in Italia e nel rispetto dei diritti e dei doveri di tutte le parti coinvolte.</w:t>
      </w:r>
    </w:p>
    <w:p/>
    <w:p>
      <w:r>
        <w:rPr>
          <w:b/>
          <w:sz w:val="20"/>
        </w:rPr>
        <w:t>Dati della Famiglia Ospitante:</w:t>
      </w:r>
    </w:p>
    <w:p>
      <w:r>
        <w:rPr>
          <w:b w:val="0"/>
          <w:sz w:val="20"/>
        </w:rPr>
        <w:t>Nome e Cognome del Capofamiglia: __________________________________________</w:t>
      </w:r>
    </w:p>
    <w:p>
      <w:r>
        <w:rPr>
          <w:b w:val="0"/>
          <w:sz w:val="20"/>
        </w:rPr>
        <w:t>Indirizzo completo: ________________________________________________________</w:t>
      </w:r>
    </w:p>
    <w:p>
      <w:r>
        <w:rPr>
          <w:b w:val="0"/>
          <w:sz w:val="20"/>
        </w:rPr>
        <w:t>Telefono: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</w:t>
      </w:r>
    </w:p>
    <w:p/>
    <w:p>
      <w:r>
        <w:rPr>
          <w:b/>
          <w:sz w:val="20"/>
        </w:rPr>
        <w:t>Dati del Minore Ospite:</w:t>
      </w:r>
    </w:p>
    <w:p>
      <w:r>
        <w:rPr>
          <w:b w:val="0"/>
          <w:sz w:val="20"/>
        </w:rPr>
        <w:t>Nome e Cognome: ___________________________________________________________</w:t>
      </w:r>
    </w:p>
    <w:p>
      <w:r>
        <w:rPr>
          <w:b w:val="0"/>
          <w:sz w:val="20"/>
        </w:rPr>
        <w:t>Data di nascita: ___________________________________________________________</w:t>
      </w:r>
    </w:p>
    <w:p>
      <w:r>
        <w:rPr>
          <w:b w:val="0"/>
          <w:sz w:val="20"/>
        </w:rPr>
        <w:t>Luogo di nascita: ___________________________________________________________</w:t>
      </w:r>
    </w:p>
    <w:p>
      <w:r>
        <w:rPr>
          <w:b w:val="0"/>
          <w:sz w:val="20"/>
        </w:rPr>
        <w:t>Nazionalità: _______________________________________________________________</w:t>
      </w:r>
    </w:p>
    <w:p/>
    <w:p>
      <w:r>
        <w:rPr>
          <w:b/>
          <w:sz w:val="20"/>
        </w:rPr>
        <w:t>Oggetto:</w:t>
      </w:r>
    </w:p>
    <w:p>
      <w:r>
        <w:rPr>
          <w:b w:val="0"/>
          <w:sz w:val="20"/>
        </w:rPr>
        <w:t>L’ospitalità del minore avviene con l’intento di garantire un ambiente familiare sereno e protetto, favorendo il suo benessere fisico, psicologico ed educativo. La famiglia ospitante si impegna a rispettare tutte le normative vigenti in materia di tutela minorile e a collaborare con gli enti preposti per garantire un percorso di crescita positivo.</w:t>
      </w:r>
    </w:p>
    <w:p/>
    <w:p>
      <w:r>
        <w:rPr>
          <w:b/>
          <w:sz w:val="20"/>
        </w:rPr>
        <w:t>Impegni della Famiglia Ospitante:</w:t>
      </w:r>
    </w:p>
    <w:p>
      <w:r>
        <w:rPr>
          <w:b w:val="0"/>
          <w:sz w:val="20"/>
        </w:rPr>
        <w:t>La famiglia ospitante si impegna a:</w:t>
        <w:br/>
        <w:t>a) Accogliere il minore con rispetto, affetto e attenzione;</w:t>
        <w:br/>
        <w:t>b) Garantire un alloggio adeguato, sicuro e confortevole;</w:t>
        <w:br/>
        <w:t>c) Assicurare un’alimentazione equilibrata e adeguata;</w:t>
        <w:br/>
        <w:t>d) Favorire la frequenza scolastica e le attività ricreative;</w:t>
        <w:br/>
        <w:t>e) Rispettare la privacy e la dignità del minore;</w:t>
        <w:br/>
        <w:t>f) Collaborare con i servizi sociali, educativi e sanitari coinvolti;</w:t>
        <w:br/>
        <w:t>g) Informare tempestivamente gli enti competenti in caso di problemi o emergenze.</w:t>
      </w:r>
    </w:p>
    <w:p/>
    <w:p>
      <w:r>
        <w:rPr>
          <w:b/>
          <w:sz w:val="20"/>
        </w:rPr>
        <w:t>Durata e Condizioni del Soggiorno:</w:t>
      </w:r>
    </w:p>
    <w:p>
      <w:r>
        <w:rPr>
          <w:b w:val="0"/>
          <w:sz w:val="20"/>
        </w:rPr>
        <w:t>Il periodo di ospitalità avrà durata di ____________, salvo diversa comunicazione scritta. La famiglia ospitante e il minore ospite hanno diritto di recedere dall’accordo con un preavviso scritto di almeno 30 giorni, salvo casi di urgenza giustificata.</w:t>
      </w:r>
    </w:p>
    <w:p/>
    <w:p>
      <w:r>
        <w:rPr>
          <w:b/>
          <w:sz w:val="20"/>
        </w:rPr>
        <w:t>Responsabilità e Tutela:</w:t>
      </w:r>
    </w:p>
    <w:p>
      <w:r>
        <w:rPr>
          <w:b w:val="0"/>
          <w:sz w:val="20"/>
        </w:rPr>
        <w:t>La famiglia ospitante assume la responsabilità dell’accoglienza e della cura quotidiana del minore, garantendo il rispetto delle norme di legge e delle direttive degli enti tutori. Eventuali danni causati dal minore o alla sua persona devono essere comunicati prontamente agli enti competenti.</w:t>
      </w:r>
    </w:p>
    <w:p/>
    <w:p>
      <w:r>
        <w:rPr>
          <w:b/>
          <w:sz w:val="20"/>
        </w:rPr>
        <w:t>Privacy e Trattamento dei Dati Personali:</w:t>
      </w:r>
    </w:p>
    <w:p>
      <w:r>
        <w:rPr>
          <w:b w:val="0"/>
          <w:sz w:val="20"/>
        </w:rPr>
        <w:t>I dati personali raccolti saranno trattati nel rispetto del Regolamento UE 2016/679 (GDPR) e della normativa italiana vigente, esclusivamente per finalità legate all’ospitalità e alla tutela del minore.</w:t>
      </w:r>
    </w:p>
    <w:p/>
    <w:p>
      <w:r>
        <w:rPr>
          <w:b/>
          <w:sz w:val="20"/>
        </w:rPr>
        <w:t>Clausola Finale:</w:t>
      </w:r>
    </w:p>
    <w:p>
      <w:r>
        <w:rPr>
          <w:b w:val="0"/>
          <w:sz w:val="20"/>
        </w:rPr>
        <w:t>La presente lettera costituisce un accordo vincolante tra le parti, redatto in duplice copia, ognuna delle quali ha valore legale. Ogni modifica dovrà essere effettuata per iscritto e sottoscritta da entrambe le parti.</w:t>
      </w:r>
    </w:p>
    <w:p/>
    <w:p/>
    <w:p>
      <w:r>
        <w:rPr>
          <w:b w:val="0"/>
          <w:sz w:val="20"/>
        </w:rPr>
        <w:t>Luogo: ____________________________________________________________</w:t>
      </w:r>
    </w:p>
    <w:p>
      <w:r>
        <w:rPr>
          <w:b w:val="0"/>
          <w:sz w:val="20"/>
        </w:rPr>
        <w:t>Firma della Famiglia Ospitante: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FAMIGLIA OSPITANTE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RAPPRESENTANTE ENTE/TUTOR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https://esperto-lettere.com/lettera-alla-famiglia-ospitante-esempio/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alla-famiglia-ospitante-esempi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