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AL NOTAIO</w:t>
      </w:r>
    </w:p>
    <w:p/>
    <w:p/>
    <w:p>
      <w:r>
        <w:rPr>
          <w:b w:val="0"/>
          <w:sz w:val="20"/>
        </w:rPr>
        <w:t>Al Notaio _______________________________________________</w:t>
      </w:r>
    </w:p>
    <w:p>
      <w:r>
        <w:rPr>
          <w:b w:val="0"/>
          <w:sz w:val="20"/>
        </w:rPr>
        <w:t>Studio Notarile _________________________________________</w:t>
      </w:r>
    </w:p>
    <w:p>
      <w:r>
        <w:rPr>
          <w:b w:val="0"/>
          <w:sz w:val="20"/>
        </w:rPr>
        <w:t>Indirizzo _______________________________________________</w:t>
      </w:r>
    </w:p>
    <w:p>
      <w:r>
        <w:rPr>
          <w:b w:val="0"/>
          <w:sz w:val="20"/>
        </w:rPr>
        <w:t>Città ___________________________________________________</w:t>
      </w:r>
    </w:p>
    <w:p/>
    <w:p/>
    <w:p>
      <w:r>
        <w:rPr>
          <w:b/>
          <w:sz w:val="20"/>
        </w:rPr>
        <w:t>OGGETTO: Richiesta di redazione e stipula atto notarile</w:t>
      </w:r>
    </w:p>
    <w:p/>
    <w:p>
      <w:r>
        <w:rPr>
          <w:b w:val="0"/>
          <w:sz w:val="20"/>
        </w:rPr>
        <w:t>Spettabile Notaio,</w:t>
      </w:r>
    </w:p>
    <w:p/>
    <w:p>
      <w:r>
        <w:rPr>
          <w:b w:val="0"/>
          <w:sz w:val="20"/>
        </w:rPr>
        <w:t>Con la presente, il/La sottoscritto/a ________________________________, nato/a a ___________________ il ____________________, residente in ________________________________, via _______________________, Codice Fiscale ____________________, desidera richiedere il Suo intervento professionale per la redazione e la stipula dell'atto notarile di seguito specificato:</w:t>
      </w:r>
    </w:p>
    <w:p/>
    <w:p>
      <w:r>
        <w:rPr>
          <w:b/>
          <w:sz w:val="20"/>
        </w:rPr>
        <w:t>TIPO ATTO: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0"/>
        </w:rPr>
        <w:t>Desidero inoltre che l'atto contenga le seguenti clausole e condizioni:</w:t>
      </w:r>
    </w:p>
    <w:p>
      <w:r>
        <w:rPr>
          <w:b w:val="0"/>
          <w:sz w:val="20"/>
        </w:rPr>
        <w:t>_________________________________________________________________________</w:t>
        <w:br/>
        <w:t>_________________________________________________________________________</w:t>
        <w:br/>
        <w:t>_________________________________________________________________________</w:t>
      </w:r>
    </w:p>
    <w:p/>
    <w:p>
      <w:r>
        <w:rPr>
          <w:b w:val="0"/>
          <w:sz w:val="20"/>
        </w:rPr>
        <w:t>A tal fine, allego tutta la documentazione necessaria per la predisposizione dell'atto e resto a disposizione per eventuali chiarimenti o incontri che si rendessero necessari.</w:t>
      </w:r>
    </w:p>
    <w:p/>
    <w:p>
      <w:r>
        <w:rPr>
          <w:b w:val="0"/>
          <w:sz w:val="20"/>
        </w:rPr>
        <w:t>Si richiede cortesemente di voler comunicare la data e l'orario disponibili per la stipula, nonché il preventivo dei costi notarili e delle eventuali spese accessorie.</w:t>
      </w:r>
    </w:p>
    <w:p/>
    <w:p/>
    <w:p>
      <w:r>
        <w:rPr>
          <w:b w:val="0"/>
          <w:sz w:val="20"/>
        </w:rPr>
        <w:t>Ringraziando per la cortese attenzione, porgo distinti saluti.</w:t>
      </w:r>
    </w:p>
    <w:p/>
    <w:p/>
    <w:p/>
    <w:p>
      <w:r>
        <w:rPr>
          <w:b w:val="0"/>
          <w:sz w:val="20"/>
        </w:rPr>
        <w:t>Firma: 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Luogo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</w:t>
            </w:r>
          </w:p>
        </w:tc>
      </w:tr>
    </w:tbl>
    <w:p/>
    <w:p/>
    <w:p>
      <w:r>
        <w:rPr>
          <w:b/>
          <w:sz w:val="20"/>
        </w:rPr>
        <w:t>Ricevuta da Notaio:</w:t>
      </w:r>
    </w:p>
    <w:p>
      <w:r>
        <w:rPr>
          <w:b w:val="0"/>
          <w:sz w:val="20"/>
        </w:rPr>
        <w:t>Firma: 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https://esperto-lettere.com/lettera-al-notaio-fac-simile/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al-notaio-fac-simil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