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LETTERA AL DATORE DI LAVORO</w:t>
      </w:r>
    </w:p>
    <w:p/>
    <w:p/>
    <w:p>
      <w:r>
        <w:rPr>
          <w:b w:val="0"/>
          <w:sz w:val="22"/>
        </w:rPr>
        <w:t>Al Sig./Alla Sig.ra</w:t>
      </w:r>
    </w:p>
    <w:p>
      <w:r>
        <w:rPr>
          <w:b w:val="0"/>
          <w:sz w:val="22"/>
        </w:rPr>
        <w:t>Responsabile del Personale</w:t>
      </w:r>
    </w:p>
    <w:p>
      <w:r>
        <w:rPr>
          <w:b w:val="0"/>
          <w:sz w:val="22"/>
        </w:rPr>
        <w:t>______________________________________________</w:t>
      </w:r>
    </w:p>
    <w:p>
      <w:r>
        <w:rPr>
          <w:b w:val="0"/>
          <w:sz w:val="22"/>
        </w:rPr>
        <w:t>______________________________________________</w:t>
      </w:r>
    </w:p>
    <w:p/>
    <w:p/>
    <w:p>
      <w:r>
        <w:rPr>
          <w:b/>
          <w:sz w:val="22"/>
        </w:rPr>
        <w:t xml:space="preserve">Oggetto: </w:t>
      </w:r>
      <w:r>
        <w:rPr>
          <w:b w:val="0"/>
        </w:rPr>
        <w:t>Comunicazione di recesso dal rapporto di lavoro</w:t>
      </w:r>
    </w:p>
    <w:p/>
    <w:p/>
    <w:p>
      <w:r>
        <w:rPr>
          <w:b w:val="0"/>
          <w:sz w:val="22"/>
        </w:rPr>
        <w:t>Egregio Sig./Gent.ma Sig.ra,</w:t>
      </w:r>
    </w:p>
    <w:p/>
    <w:p>
      <w:r>
        <w:rPr>
          <w:b w:val="0"/>
          <w:sz w:val="22"/>
        </w:rPr>
        <w:t>con la presente comunico la mia volontà di recedere dal rapporto di lavoro in essere con codesta spettabile azienda, con decorrenza dal momento in cui tale comunicazione Le perverrà, in conformità a quanto previsto dal Contratto Collettivo Nazionale di Lavoro applicabile e dalle normative vigenti.</w:t>
      </w:r>
    </w:p>
    <w:p/>
    <w:p>
      <w:r>
        <w:rPr>
          <w:b w:val="0"/>
          <w:sz w:val="22"/>
        </w:rPr>
        <w:t>La presente comunicazione è effettuata nel pieno rispetto del termine di preavviso previsto dal contratto di lavoro e dalla legge, che io intendo osservare integralmente, salvo diverse disposizioni concordate tra le parti.</w:t>
      </w:r>
    </w:p>
    <w:p/>
    <w:p>
      <w:r>
        <w:rPr>
          <w:b w:val="0"/>
          <w:sz w:val="22"/>
        </w:rPr>
        <w:t>Colgo l'occasione per ringraziare la Direzione e i colleghi per la collaborazione dimostrata durante il periodo di lavoro trascorso presso la Vostra Azienda.</w:t>
      </w:r>
    </w:p>
    <w:p/>
    <w:p/>
    <w:p>
      <w:r>
        <w:rPr>
          <w:b w:val="0"/>
          <w:sz w:val="22"/>
        </w:rPr>
        <w:t>Resto a disposizione per concordare le modalità di consegna del materiale aziendale e per definire eventuali passaggi necessari per garantire una transizione ordinata.</w:t>
      </w:r>
    </w:p>
    <w:p/>
    <w:p/>
    <w:p>
      <w:r>
        <w:rPr>
          <w:b w:val="0"/>
          <w:sz w:val="22"/>
        </w:rPr>
        <w:t>Distinti saluti,</w:t>
      </w:r>
    </w:p>
    <w:p/>
    <w:p/>
    <w:p/>
    <w:p/>
    <w:p>
      <w:r>
        <w:rPr>
          <w:b w:val="0"/>
          <w:sz w:val="22"/>
        </w:rPr>
        <w:t>__________________________________</w:t>
      </w:r>
    </w:p>
    <w:p>
      <w:r>
        <w:rPr>
          <w:b w:val="0"/>
          <w:sz w:val="22"/>
        </w:rPr>
        <w:t>Firma del lavoratore</w:t>
      </w:r>
    </w:p>
    <w:p/>
    <w:p/>
    <w:p>
      <w:r>
        <w:rPr>
          <w:b w:val="0"/>
          <w:sz w:val="22"/>
        </w:rPr>
        <w:t>Nome e Cognome : ______________________________________________</w:t>
      </w:r>
    </w:p>
    <w:p>
      <w:r>
        <w:rPr>
          <w:b w:val="0"/>
          <w:sz w:val="22"/>
        </w:rPr>
        <w:t>Codice Fiscale : _______________________________________________</w:t>
      </w:r>
    </w:p>
    <w:p>
      <w:r>
        <w:rPr>
          <w:b w:val="0"/>
          <w:sz w:val="22"/>
        </w:rPr>
        <w:t>Indirizzo : ____________________________________________________</w:t>
      </w:r>
    </w:p>
    <w:p>
      <w:r>
        <w:rPr>
          <w:b w:val="0"/>
          <w:sz w:val="22"/>
        </w:rPr>
        <w:t>Telefono : _____________________________________________________</w:t>
      </w:r>
    </w:p>
    <w:p/>
    <w:p/>
    <w:p>
      <w:r>
        <w:rPr>
          <w:b w:val="0"/>
          <w:sz w:val="22"/>
        </w:rPr>
        <w:t>Luogo : ________________________________________________________</w:t>
      </w:r>
    </w:p>
    <w:p>
      <w:r>
        <w:rPr>
          <w:b w:val="0"/>
          <w:sz w:val="22"/>
        </w:rPr>
        <w:t>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Lavoratore</w:t>
            </w:r>
          </w:p>
        </w:tc>
        <w:tc>
          <w:tcPr>
            <w:tcW w:type="dxa" w:w="4986"/>
            <w:tcBorders>
              <w:top w:val="nil"/>
              <w:left w:val="nil"/>
              <w:bottom w:val="nil"/>
              <w:right w:val="nil"/>
              <w:insideH w:val="nil"/>
              <w:insideV w:val="nil"/>
            </w:tcBorders>
          </w:tcPr>
          <w:p>
            <w:pPr>
              <w:jc w:val="center"/>
            </w:pPr>
            <w:r>
              <w:t>Datore di Lavoro</w:t>
            </w:r>
          </w:p>
        </w:tc>
      </w:tr>
      <w:tr>
        <w:tc>
          <w:tcPr>
            <w:tcW w:type="dxa" w:w="4986"/>
            <w:tcBorders>
              <w:top w:val="nil"/>
              <w:left w:val="nil"/>
              <w:bottom w:val="nil"/>
              <w:right w:val="nil"/>
              <w:insideH w:val="nil"/>
              <w:insideV w:val="nil"/>
            </w:tcBorders>
          </w:tcPr>
          <w:p>
            <w:pPr>
              <w:jc w:val="center"/>
            </w:pPr>
            <w:r>
              <w:br/>
              <w:br/>
              <w:t>Firma: ____________________________</w:t>
            </w:r>
          </w:p>
        </w:tc>
        <w:tc>
          <w:tcPr>
            <w:tcW w:type="dxa" w:w="4986"/>
            <w:tcBorders>
              <w:top w:val="nil"/>
              <w:left w:val="nil"/>
              <w:bottom w:val="nil"/>
              <w:right w:val="nil"/>
              <w:insideH w:val="nil"/>
              <w:insideV w:val="nil"/>
            </w:tcBorders>
          </w:tcPr>
          <w:p>
            <w:pPr>
              <w:jc w:val="center"/>
            </w:pPr>
            <w:r>
              <w:br/>
              <w:br/>
              <w:t>Firma: 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https://esperto-lettere.com/lettera-al-datore-di-lavoro-fac-simile/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https://esperto-lettere.com</w:t>
        </w:r>
      </w:hyperlink>
    </w:p>
    <w:p>
      <w:pPr>
        <w:jc w:val="center"/>
      </w:pPr>
      <w:r>
        <w:rPr>
          <w:color w:val="808080"/>
          <w:sz w:val="20"/>
        </w:rPr>
        <w:t>Questo modello è destinato esclusivamente a un uso personale e non commerciale.</w:t>
        <w:br/>
        <w:t>Qualsiasi diffusione o pubblicazione deve citare obbligatoriamente la fonte. © esperto-lettere.com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lettere.com/lettera-al-datore-di-lavoro-fac-simile/" TargetMode="External"/><Relationship Id="rId10" Type="http://schemas.openxmlformats.org/officeDocument/2006/relationships/hyperlink" Target="https://esperto-lette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