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LETTERA UNICARPE</w:t>
      </w:r>
    </w:p>
    <w:p/>
    <w:p/>
    <w:p>
      <w:r>
        <w:rPr>
          <w:b/>
          <w:sz w:val="20"/>
        </w:rPr>
        <w:t>Mittente:</w:t>
      </w:r>
    </w:p>
    <w:p>
      <w:r>
        <w:rPr>
          <w:b w:val="0"/>
          <w:sz w:val="20"/>
        </w:rPr>
        <w:t>Nome e Cognome / Ragione Sociale : _______________________________________________</w:t>
      </w:r>
    </w:p>
    <w:p>
      <w:r>
        <w:rPr>
          <w:b w:val="0"/>
          <w:sz w:val="20"/>
        </w:rPr>
        <w:t>Indirizzo : _________________________________________________________________</w:t>
      </w:r>
    </w:p>
    <w:p>
      <w:r>
        <w:rPr>
          <w:b w:val="0"/>
          <w:sz w:val="20"/>
        </w:rPr>
        <w:t>CAP, Città, Provincia : _____________________________________________________</w:t>
      </w:r>
    </w:p>
    <w:p>
      <w:r>
        <w:rPr>
          <w:b w:val="0"/>
          <w:sz w:val="20"/>
        </w:rPr>
        <w:t>Telefono : _________________________________________________________________</w:t>
      </w:r>
    </w:p>
    <w:p>
      <w:r>
        <w:rPr>
          <w:b w:val="0"/>
          <w:sz w:val="20"/>
        </w:rPr>
        <w:t>Email : _________________________________________________________________</w:t>
      </w:r>
    </w:p>
    <w:p/>
    <w:p>
      <w:r>
        <w:rPr>
          <w:b/>
          <w:sz w:val="20"/>
        </w:rPr>
        <w:t>Destinatario:</w:t>
      </w:r>
    </w:p>
    <w:p>
      <w:r>
        <w:rPr>
          <w:b w:val="0"/>
          <w:sz w:val="20"/>
        </w:rPr>
        <w:t>Unicarpe Soc. Coop. a r.l.</w:t>
      </w:r>
    </w:p>
    <w:p>
      <w:r>
        <w:rPr>
          <w:b w:val="0"/>
          <w:sz w:val="20"/>
        </w:rPr>
        <w:t>Via degli Artigiani, 12</w:t>
      </w:r>
    </w:p>
    <w:p>
      <w:r>
        <w:rPr>
          <w:b w:val="0"/>
          <w:sz w:val="20"/>
        </w:rPr>
        <w:t>00100 Roma (RM)</w:t>
      </w:r>
    </w:p>
    <w:p/>
    <w:p>
      <w:r>
        <w:rPr>
          <w:b/>
          <w:sz w:val="20"/>
        </w:rPr>
        <w:t>Oggetto:</w:t>
      </w:r>
    </w:p>
    <w:p>
      <w:r>
        <w:rPr>
          <w:b/>
          <w:sz w:val="20"/>
        </w:rPr>
        <w:t>Richiesta di adesione / comunicazioni relative al contratto di collaborazione</w:t>
      </w:r>
    </w:p>
    <w:p/>
    <w:p/>
    <w:p>
      <w:r>
        <w:rPr>
          <w:b w:val="0"/>
          <w:sz w:val="20"/>
        </w:rPr>
        <w:t>Spett.le Unicarpe,</w:t>
      </w:r>
    </w:p>
    <w:p/>
    <w:p>
      <w:r>
        <w:rPr>
          <w:b w:val="0"/>
          <w:sz w:val="20"/>
        </w:rPr>
        <w:t>con la presente, il/la sottoscritto/a, in qualità di collaboratore/trice e socio/a della Vostra cooperativa, intende formalizzare la propria adesione alle condizioni contrattuali vigenti e assicurare il proprio impegno nell’osservanza di tutte le disposizioni previste dal contratto di collaborazione e dal regolamento interno.</w:t>
      </w:r>
    </w:p>
    <w:p/>
    <w:p>
      <w:r>
        <w:rPr>
          <w:b w:val="0"/>
          <w:sz w:val="20"/>
        </w:rPr>
        <w:t>In particolare, si conferma di aver preso visione e di accettare integralmente le clausole contenute nel contratto, con la consapevolezza degli obblighi e dei diritti derivanti dal rapporto di collaborazione instaurato.</w:t>
      </w:r>
    </w:p>
    <w:p/>
    <w:p>
      <w:r>
        <w:rPr>
          <w:b/>
          <w:sz w:val="20"/>
        </w:rPr>
        <w:t>Si richiede inoltre di voler prendere in considerazione la seguente comunicazione / variazione: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>
      <w:r>
        <w:rPr>
          <w:b w:val="0"/>
          <w:sz w:val="20"/>
        </w:rPr>
        <w:t>Rimanendo a disposizione per ogni eventuale chiarimento, si porgono distinti saluti.</w:t>
      </w:r>
    </w:p>
    <w:p/>
    <w:p/>
    <w:p>
      <w:r>
        <w:rPr>
          <w:b/>
          <w:sz w:val="20"/>
        </w:rPr>
        <w:t>Firma del Collaboratore / Socio: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/>
    <w:p/>
    <w:p>
      <w:r>
        <w:rPr>
          <w:b/>
          <w:sz w:val="20"/>
        </w:rPr>
        <w:t>Per Accettazione e presa visione (rappresentante Unicarpe):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Collaboratore / Socio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Rappresentante Unicarpe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/>
    <w:p/>
    <w:p>
      <w:r>
        <w:rPr>
          <w:b/>
          <w:sz w:val="20"/>
        </w:rPr>
        <w:t>Nota Bene:</w:t>
      </w:r>
    </w:p>
    <w:p>
      <w:r>
        <w:rPr>
          <w:b w:val="0"/>
          <w:sz w:val="20"/>
        </w:rPr>
        <w:t>La presente lettera costituisce documento formale ai sensi della normativa vigente in materia di contratti di collaborazione e rapporti associativi presso Unicarpe Soc. Coop. a r.l. Eventuali modifiche o integrazioni dovranno essere concordate per iscritto.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https://esperto-lettere.com/fac-simile-lettera-unicarpe/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https://esperto-lettere.com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esperto-lettere.com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lettere.com/fac-simile-lettera-unicarpe/" TargetMode="External"/><Relationship Id="rId10" Type="http://schemas.openxmlformats.org/officeDocument/2006/relationships/hyperlink" Target="https://esperto-lette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