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RISARCIMENTO DANNI PER CARBURANTE SPORCO</w:t>
      </w:r>
    </w:p>
    <w:p/>
    <w:p/>
    <w:p>
      <w:r>
        <w:rPr>
          <w:b/>
          <w:sz w:val="20"/>
        </w:rPr>
        <w:t>Spett.le ________________________________</w:t>
      </w:r>
    </w:p>
    <w:p>
      <w:r>
        <w:rPr>
          <w:b w:val="0"/>
          <w:sz w:val="20"/>
        </w:rPr>
        <w:t>Indirizzo ______________________________</w:t>
      </w:r>
    </w:p>
    <w:p>
      <w:r>
        <w:rPr>
          <w:b w:val="0"/>
          <w:sz w:val="20"/>
        </w:rPr>
        <w:t>CAP _______ Città ______________________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Sociale: ____________________________________</w:t>
      </w:r>
    </w:p>
    <w:p>
      <w:r>
        <w:rPr>
          <w:b w:val="0"/>
          <w:sz w:val="20"/>
        </w:rPr>
        <w:t>Indirizzo: ___________________________________________________________</w:t>
      </w:r>
    </w:p>
    <w:p>
      <w:r>
        <w:rPr>
          <w:b w:val="0"/>
          <w:sz w:val="20"/>
        </w:rPr>
        <w:t>CAP _______ Città ______________________</w:t>
      </w:r>
    </w:p>
    <w:p>
      <w:r>
        <w:rPr>
          <w:b w:val="0"/>
          <w:sz w:val="20"/>
        </w:rPr>
        <w:t>Codice Fiscale / Partita IVA: _________________________________________</w:t>
      </w:r>
    </w:p>
    <w:p/>
    <w:p/>
    <w:p>
      <w:r>
        <w:rPr>
          <w:b/>
          <w:sz w:val="20"/>
        </w:rPr>
        <w:t>Oggetto: Richiesta risarcimento danni per carburante sporco</w:t>
      </w:r>
    </w:p>
    <w:p/>
    <w:p/>
    <w:p>
      <w:r>
        <w:rPr>
          <w:b w:val="0"/>
          <w:sz w:val="20"/>
        </w:rPr>
        <w:t>Spett.le,</w:t>
      </w:r>
    </w:p>
    <w:p/>
    <w:p>
      <w:r>
        <w:rPr>
          <w:b w:val="0"/>
          <w:sz w:val="20"/>
        </w:rPr>
        <w:t>con la presente intendo portare a vostra attenzione quanto segue in relazione all’acquisto di carburante presso il vostro distributore, che si è rivelato contaminato e ha causato gravi danni al veicolo di mia proprietà.</w:t>
      </w:r>
    </w:p>
    <w:p/>
    <w:p>
      <w:r>
        <w:rPr>
          <w:b w:val="0"/>
          <w:sz w:val="20"/>
        </w:rPr>
        <w:t>In data _______________, ho effettuato il rifornimento presso il vostro impianto ubicato in ____________________________________. Successivamente, il veicolo ha manifestato problemi di funzionamento riconducibili all’uso di carburante non conforme agli standard di qualità.</w:t>
      </w:r>
    </w:p>
    <w:p/>
    <w:p>
      <w:r>
        <w:rPr>
          <w:b w:val="0"/>
          <w:sz w:val="20"/>
        </w:rPr>
        <w:t>A seguito di verifica tecnica effettuata presso un centro autorizzato, è stato accertato che il carburante erogato presentava impurità e contaminazioni tali da compromettere il corretto funzionamento del motore, comportando danni alle componenti meccaniche e ai sistemi di alimentazione.</w:t>
      </w:r>
    </w:p>
    <w:p/>
    <w:p>
      <w:r>
        <w:rPr>
          <w:b w:val="0"/>
          <w:sz w:val="20"/>
        </w:rPr>
        <w:t>Considerato quanto sopra, e in base agli obblighi di garanzia e responsabilità derivanti dal contratto di vendita e dalla normativa vigente in materia di tutela del consumatore e responsabilità civile (artt. 1490 e ss. c.c.), vi invito a voler procedere al risarcimento integrale dei danni subiti, quantificati in euro ________________, come da preventivo allegato.</w:t>
      </w:r>
    </w:p>
    <w:p/>
    <w:p>
      <w:r>
        <w:rPr>
          <w:b w:val="0"/>
          <w:sz w:val="20"/>
        </w:rPr>
        <w:t>Resto in attesa di un vostro riscontro entro e non oltre 15 giorni dal ricevimento della presente, riservandomi, in caso di mancata o insoddisfacente risposta, di tutelare i miei diritti nelle sedi opportune, anche mediante azioni giudiziarie.</w:t>
      </w:r>
    </w:p>
    <w:p/>
    <w:p>
      <w:r>
        <w:rPr>
          <w:b w:val="0"/>
          <w:sz w:val="20"/>
        </w:rPr>
        <w:t>In attesa di un vostro cortese riscontro, porgo distinti saluti.</w:t>
      </w:r>
    </w:p>
    <w:p/>
    <w:p/>
    <w:p>
      <w:r>
        <w:rPr>
          <w:b w:val="0"/>
          <w:sz w:val="20"/>
        </w:rPr>
        <w:t>Firma _______________________________</w:t>
      </w:r>
    </w:p>
    <w:p/>
    <w:p/>
    <w:p>
      <w:r>
        <w:rPr>
          <w:b/>
          <w:sz w:val="20"/>
        </w:rPr>
        <w:t>Allegati:</w:t>
      </w:r>
    </w:p>
    <w:p>
      <w:r>
        <w:rPr>
          <w:b w:val="0"/>
          <w:sz w:val="20"/>
        </w:rPr>
        <w:t>- Fotocopia ricevuta di pagamento del carburante</w:t>
      </w:r>
    </w:p>
    <w:p>
      <w:r>
        <w:rPr>
          <w:b w:val="0"/>
          <w:sz w:val="20"/>
        </w:rPr>
        <w:t>- Relazione tecnica del centro assistenza</w:t>
      </w:r>
    </w:p>
    <w:p>
      <w:r>
        <w:rPr>
          <w:b w:val="0"/>
          <w:sz w:val="20"/>
        </w:rPr>
        <w:t>- Preventivo di riparazione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https://esperto-lettere.com/fac-simile-lettera-risarcimento-danni-carburante-sporco/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risarcimento-danni-carburante-sporc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