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LETTERA DI RIPRISTINO DELLO STATO DEI LUOGHI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______________________________________________________</w:t>
      </w:r>
    </w:p>
    <w:p>
      <w:r>
        <w:rPr>
          <w:b w:val="0"/>
          <w:sz w:val="20"/>
        </w:rPr>
        <w:t>Telefono: _______________________  Email: 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Sociale: 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______________________________________________________</w:t>
      </w:r>
    </w:p>
    <w:p/>
    <w:p/>
    <w:p>
      <w:r>
        <w:rPr>
          <w:b/>
          <w:sz w:val="20"/>
        </w:rPr>
        <w:t>Oggetto: Ripristino dello stato dei luoghi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in qualità di conduttore/locatario dell'immobile sito in ____________________________________________________________________,</w:t>
      </w:r>
    </w:p>
    <w:p>
      <w:r>
        <w:rPr>
          <w:b w:val="0"/>
          <w:sz w:val="20"/>
        </w:rPr>
        <w:t>si provvede a comunicare formalmente l’intenzione di procedere al ripristino dello stato dei luoghi,</w:t>
      </w:r>
    </w:p>
    <w:p>
      <w:r>
        <w:rPr>
          <w:b w:val="0"/>
          <w:sz w:val="20"/>
        </w:rPr>
        <w:t>come previsto dal contratto di locazione e dalla normativa vigente in materia, al termine del rapporto contrattuale.</w:t>
      </w:r>
    </w:p>
    <w:p/>
    <w:p>
      <w:r>
        <w:rPr>
          <w:b w:val="0"/>
          <w:sz w:val="20"/>
        </w:rPr>
        <w:t>Si provvederà a rimuovere tutte le modifiche, le installazioni e le eventuali opere apportate durante il periodo di locazione,</w:t>
      </w:r>
    </w:p>
    <w:p>
      <w:r>
        <w:rPr>
          <w:b w:val="0"/>
          <w:sz w:val="20"/>
        </w:rPr>
        <w:t>ripristinando l’immobile alle condizioni originarie, salvo il normale deterioramento dovuto all’uso conforme al contratto.</w:t>
      </w:r>
    </w:p>
    <w:p/>
    <w:p>
      <w:r>
        <w:rPr>
          <w:b w:val="0"/>
          <w:sz w:val="20"/>
        </w:rPr>
        <w:t>Si richiede pertanto di concordare un sopralluogo congiunto per la verifica dello stato finale dell’immobile,</w:t>
      </w:r>
    </w:p>
    <w:p>
      <w:r>
        <w:rPr>
          <w:b w:val="0"/>
          <w:sz w:val="20"/>
        </w:rPr>
        <w:t>al fine di definire eventuali ulteriori interventi necessari e comprovare il corretto adempimento degli obblighi contrattuali.</w:t>
      </w:r>
    </w:p>
    <w:p/>
    <w:p>
      <w:r>
        <w:rPr>
          <w:b w:val="0"/>
          <w:sz w:val="20"/>
        </w:rPr>
        <w:t>Restando a disposizione per ogni ulteriore comunicazione o chiarimento,</w:t>
      </w:r>
    </w:p>
    <w:p>
      <w:r>
        <w:rPr>
          <w:b w:val="0"/>
          <w:sz w:val="20"/>
        </w:rPr>
        <w:t>si porgono distinti saluti.</w:t>
      </w:r>
    </w:p>
    <w:p/>
    <w:p/>
    <w:p/>
    <w:p>
      <w:pPr>
        <w:jc w:val="center"/>
      </w:pPr>
      <w:r>
        <w:rPr>
          <w:b w:val="0"/>
          <w:sz w:val="20"/>
        </w:rPr>
        <w:t>___________________________</w:t>
      </w:r>
    </w:p>
    <w:p>
      <w:pPr>
        <w:jc w:val="center"/>
      </w:pPr>
      <w:r>
        <w:rPr>
          <w:b w:val="0"/>
          <w:sz w:val="20"/>
        </w:rPr>
        <w:t>Firma del Conduttore/Locatario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https://esperto-lettere.com/fac-simile-lettera-ripristino-stato-dei-luoghi/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ripristino-stato-dei-luogh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