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REVOCA FIDO BANCARIO</w:t>
      </w:r>
    </w:p>
    <w:p/>
    <w:p/>
    <w:p>
      <w:r>
        <w:rPr>
          <w:b/>
          <w:sz w:val="20"/>
        </w:rPr>
        <w:t>Alla cortese attenzione di:</w:t>
      </w:r>
    </w:p>
    <w:p>
      <w:r>
        <w:rPr>
          <w:b w:val="0"/>
          <w:sz w:val="20"/>
        </w:rPr>
        <w:t>Nome Banca / Istituto di Credito : __________________________________________</w:t>
      </w:r>
    </w:p>
    <w:p>
      <w:r>
        <w:rPr>
          <w:b w:val="0"/>
          <w:sz w:val="20"/>
        </w:rPr>
        <w:t>Filiale / Agenzia : _________________________________________________________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CAP / Città : _______________________________________________________________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 : ___________________________________________</w:t>
      </w:r>
    </w:p>
    <w:p>
      <w:r>
        <w:rPr>
          <w:b w:val="0"/>
          <w:sz w:val="20"/>
        </w:rPr>
        <w:t>Codice Fiscale / Partita IVA : 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CAP / Città : _______________________________________________________________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___________________________________________________________________</w:t>
      </w:r>
    </w:p>
    <w:p/>
    <w:p/>
    <w:p>
      <w:r>
        <w:rPr>
          <w:b/>
          <w:sz w:val="20"/>
        </w:rPr>
        <w:t>Oggetto: Revoca fido bancario</w:t>
      </w:r>
    </w:p>
    <w:p/>
    <w:p/>
    <w:p>
      <w:r>
        <w:rPr>
          <w:b w:val="0"/>
          <w:sz w:val="20"/>
        </w:rPr>
        <w:t>Spett.le Istituto,</w:t>
      </w:r>
    </w:p>
    <w:p/>
    <w:p>
      <w:r>
        <w:rPr>
          <w:b w:val="0"/>
          <w:sz w:val="20"/>
        </w:rPr>
        <w:t>con la presente, il/La sottoscritto/a, titolare del contratto di apertura di credito in conto corrente n. ___________ presso la Vostra Filiale di ________________,</w:t>
      </w:r>
    </w:p>
    <w:p>
      <w:r>
        <w:rPr>
          <w:b w:val="0"/>
          <w:sz w:val="20"/>
        </w:rPr>
        <w:t>intende revocare il fido bancario concesso, ai sensi degli articoli 1823 e seguenti del Codice Civile,</w:t>
      </w:r>
    </w:p>
    <w:p>
      <w:r>
        <w:rPr>
          <w:b w:val="0"/>
          <w:sz w:val="20"/>
        </w:rPr>
        <w:t>con effetto immediato a far data dal ricevimento della presente comunicazione.</w:t>
      </w:r>
    </w:p>
    <w:p/>
    <w:p>
      <w:r>
        <w:rPr>
          <w:b w:val="0"/>
          <w:sz w:val="20"/>
        </w:rPr>
        <w:t>Si richiede pertanto la riduzione automatica e definitiva dell'affidamento accordato,</w:t>
      </w:r>
    </w:p>
    <w:p>
      <w:r>
        <w:rPr>
          <w:b w:val="0"/>
          <w:sz w:val="20"/>
        </w:rPr>
        <w:t>nonché l'aggiornamento dell'estratto conto e di ogni documento contabile relativo, tenendo conto dell'assenza di ulteriori affidamenti.</w:t>
      </w:r>
    </w:p>
    <w:p/>
    <w:p>
      <w:r>
        <w:rPr>
          <w:b w:val="0"/>
          <w:sz w:val="20"/>
        </w:rPr>
        <w:t>Il/La sottoscritto/a si impegna a rispettare ogni obbligo residuo derivante dal rapporto bancario e a regolarizzare eventuali posizioni debitorie entro i termini contrattuali.</w:t>
      </w:r>
    </w:p>
    <w:p/>
    <w:p>
      <w:r>
        <w:rPr>
          <w:b w:val="0"/>
          <w:sz w:val="20"/>
        </w:rPr>
        <w:t>Resto a disposizione per qualsiasi ulteriore chiarimento e porgo distinti saluti.</w:t>
      </w:r>
    </w:p>
    <w:p/>
    <w:p/>
    <w:p>
      <w:r>
        <w:rPr>
          <w:b w:val="0"/>
          <w:sz w:val="20"/>
        </w:rPr>
        <w:t>Cordiali saluti,</w:t>
      </w:r>
    </w:p>
    <w:p/>
    <w:p/>
    <w:p/>
    <w:p/>
    <w:p>
      <w:r>
        <w:rPr>
          <w:b w:val="0"/>
          <w:sz w:val="20"/>
        </w:rPr>
        <w:t>Firma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Banca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 w:val="0"/>
          <w:sz w:val="20"/>
        </w:rPr>
        <w:t>Luogo : ____________________________________    Data 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https://esperto-lettere.com/fac-simile-lettera-revoca-fido-bancario/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revoca-fido-bancari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