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REINTEGRO POSTO DI LAVORO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CAP, Città</w:t>
      </w:r>
    </w:p>
    <w:p>
      <w:r>
        <w:rPr>
          <w:b w:val="0"/>
          <w:sz w:val="20"/>
        </w:rPr>
        <w:t>Telefono / Email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del Dipendente</w:t>
      </w:r>
    </w:p>
    <w:p>
      <w:r>
        <w:rPr>
          <w:b w:val="0"/>
          <w:sz w:val="20"/>
        </w:rPr>
        <w:t>Indirizzo</w:t>
      </w:r>
    </w:p>
    <w:p>
      <w:r>
        <w:rPr>
          <w:b w:val="0"/>
          <w:sz w:val="20"/>
        </w:rPr>
        <w:t>CAP, Città</w:t>
      </w:r>
    </w:p>
    <w:p/>
    <w:p/>
    <w:p>
      <w:r>
        <w:rPr>
          <w:b/>
          <w:sz w:val="20"/>
        </w:rPr>
        <w:t>Oggetto: Lettera di reintegro al posto di lavoro</w:t>
      </w:r>
    </w:p>
    <w:p/>
    <w:p/>
    <w:p>
      <w:r>
        <w:rPr>
          <w:b w:val="0"/>
          <w:sz w:val="20"/>
        </w:rPr>
        <w:t>Spett.le Sig./Sig.ra,</w:t>
      </w:r>
    </w:p>
    <w:p/>
    <w:p>
      <w:r>
        <w:rPr>
          <w:b w:val="0"/>
          <w:sz w:val="20"/>
        </w:rPr>
        <w:t>Con riferimento alla precedente comunicazione di sospensione/dispensa dal servizio, si comunica che, a seguito delle determinazioni aziendali e nel rispetto della normativa vigente, è disposto il Suo immediato reintegro nel posto di lavoro e nelle mansioni precedentemente svolte.</w:t>
      </w:r>
    </w:p>
    <w:p/>
    <w:p>
      <w:r>
        <w:rPr>
          <w:b w:val="0"/>
          <w:sz w:val="20"/>
        </w:rPr>
        <w:t>Il reintegro decorre dalla data odierna e La invitiamo a presentarsi regolarmente sul luogo di lavoro, osservando gli orari e le disposizioni aziendali in vigore.</w:t>
      </w:r>
    </w:p>
    <w:p/>
    <w:p>
      <w:r>
        <w:rPr>
          <w:b w:val="0"/>
          <w:sz w:val="20"/>
        </w:rPr>
        <w:t>La presente comunicazione si rende necessaria per assicurare il rispetto dei Suoi diritti e delle disposizioni di legge in materia di tutela del rapporto di lavoro e reintegro del lavoratore.</w:t>
      </w:r>
    </w:p>
    <w:p/>
    <w:p>
      <w:r>
        <w:rPr>
          <w:b w:val="0"/>
          <w:sz w:val="20"/>
        </w:rPr>
        <w:t>Restiamo a disposizione per ogni eventuale chiarimento e confidiamo nella Sua collaborazione per un sereno e proficuo proseguimento del rapporto lavorativo.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 w:val="0"/>
          <w:sz w:val="20"/>
        </w:rPr>
        <w:t>Luogo: ________________________</w:t>
      </w:r>
    </w:p>
    <w:p>
      <w:r>
        <w:rPr>
          <w:b w:val="0"/>
          <w:sz w:val="20"/>
        </w:rPr>
        <w:t>Data: 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https://esperto-lettere.com/fac-simile-lettera-reintegro-posto-di-lavoro/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reintegro-posto-di-lavor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