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PROMOZIONE DIPENDENTE</w:t>
      </w:r>
    </w:p>
    <w:p/>
    <w:p/>
    <w:p>
      <w:r>
        <w:rPr>
          <w:b/>
          <w:sz w:val="20"/>
        </w:rPr>
        <w:t>Alla cortese attenzione di :</w:t>
      </w:r>
    </w:p>
    <w:p>
      <w:r>
        <w:rPr>
          <w:b w:val="0"/>
          <w:sz w:val="20"/>
        </w:rPr>
        <w:t>Sig./Sig.ra _______________________________________________</w:t>
      </w:r>
    </w:p>
    <w:p>
      <w:r>
        <w:rPr>
          <w:b w:val="0"/>
          <w:sz w:val="20"/>
        </w:rPr>
        <w:t>Posizione attuale : _________________________________________</w:t>
      </w:r>
    </w:p>
    <w:p>
      <w:r>
        <w:rPr>
          <w:b w:val="0"/>
          <w:sz w:val="20"/>
        </w:rPr>
        <w:t>Reparto/Ufficio : ___________________________________________</w:t>
      </w:r>
    </w:p>
    <w:p/>
    <w:p/>
    <w:p>
      <w:r>
        <w:rPr>
          <w:b/>
          <w:sz w:val="20"/>
        </w:rPr>
        <w:t>Oggetto: Comunicazione di promozione professionale</w:t>
      </w:r>
    </w:p>
    <w:p/>
    <w:p>
      <w:r>
        <w:rPr>
          <w:b w:val="0"/>
          <w:sz w:val="20"/>
        </w:rPr>
        <w:t>Gentile Sig./Sig.ra,</w:t>
      </w:r>
    </w:p>
    <w:p/>
    <w:p>
      <w:r>
        <w:rPr>
          <w:b w:val="0"/>
          <w:sz w:val="20"/>
        </w:rPr>
        <w:t>Con la presente, desideriamo informarLa che, a seguito di una attenta valutazione delle Sue competenze, delle prestazioni lavorative e del contributo fornito all’azienda, è stata deliberata la Sua promozione alla posizione di ___________________________________.</w:t>
      </w:r>
    </w:p>
    <w:p/>
    <w:p>
      <w:r>
        <w:rPr>
          <w:b w:val="0"/>
          <w:sz w:val="20"/>
        </w:rPr>
        <w:t>La promozione comporta un incremento delle responsabilità e, conseguentemente, modifiche nelle mansioni da Lei attualmente svolte, per le quali Le verrà fornita una dettagliata descrizione da parte del Suo diretto responsabile.</w:t>
      </w:r>
    </w:p>
    <w:p/>
    <w:p>
      <w:r>
        <w:rPr>
          <w:b w:val="0"/>
          <w:sz w:val="20"/>
        </w:rPr>
        <w:t>Le condizioni economiche verranno aggiornate in conformità con la nuova posizione e saranno comunicate formalmente tramite il relativo contratto o accordo integrativo.</w:t>
      </w:r>
    </w:p>
    <w:p/>
    <w:p>
      <w:r>
        <w:rPr>
          <w:b w:val="0"/>
          <w:sz w:val="20"/>
        </w:rPr>
        <w:t>Confidiamo che questa nuova opportunità rappresenti per Lei uno stimolo a proseguire con impegno e dedizione la collaborazione con la nostra azienda, contribuendo al raggiungimento degli obiettivi comuni.</w:t>
      </w:r>
    </w:p>
    <w:p/>
    <w:p>
      <w:r>
        <w:rPr>
          <w:b w:val="0"/>
          <w:sz w:val="20"/>
        </w:rPr>
        <w:t>Rimaniamo a disposizione per qualsiasi chiarimento e cogliamo l’occasione per porgerLe i nostri migliori saluti.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l’Azienda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_____________________________    Firma per ricevuta : 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https://esperto-lettere.com/fac-simile-lettera-promozione-dipendente/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promozione-dipendent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