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DI RECLAMO PER MUFFA IN CASA IN AFFITTO</w:t>
      </w:r>
    </w:p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Cognome: ________________________________________________</w:t>
      </w:r>
    </w:p>
    <w:p>
      <w:r>
        <w:rPr>
          <w:b w:val="0"/>
          <w:sz w:val="20"/>
        </w:rPr>
        <w:t>Indirizzo: _____________________________________________________</w:t>
      </w:r>
    </w:p>
    <w:p>
      <w:r>
        <w:rPr>
          <w:b w:val="0"/>
          <w:sz w:val="20"/>
        </w:rPr>
        <w:t>CAP, Città: _________________________________________________</w:t>
      </w:r>
    </w:p>
    <w:p>
      <w:r>
        <w:rPr>
          <w:b w:val="0"/>
          <w:sz w:val="20"/>
        </w:rPr>
        <w:t>Telefono: _____________________________________________________</w:t>
      </w:r>
    </w:p>
    <w:p>
      <w:r>
        <w:rPr>
          <w:b w:val="0"/>
          <w:sz w:val="20"/>
        </w:rPr>
        <w:t>Email: 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Nome e Cognome / Ragione Sociale Proprietario: _______________________</w:t>
      </w:r>
    </w:p>
    <w:p>
      <w:r>
        <w:rPr>
          <w:b w:val="0"/>
          <w:sz w:val="20"/>
        </w:rPr>
        <w:t>Indirizzo: __________________________________________________________</w:t>
      </w:r>
    </w:p>
    <w:p>
      <w:r>
        <w:rPr>
          <w:b w:val="0"/>
          <w:sz w:val="20"/>
        </w:rPr>
        <w:t>CAP, Città: ________________________________________________________</w:t>
      </w:r>
    </w:p>
    <w:p/>
    <w:p>
      <w:r>
        <w:rPr>
          <w:b/>
          <w:sz w:val="20"/>
        </w:rPr>
        <w:t>Oggetto: Reclamo per presenza di muffa nell'immobile in locazione</w:t>
      </w:r>
    </w:p>
    <w:p/>
    <w:p>
      <w:r>
        <w:rPr>
          <w:b w:val="0"/>
          <w:sz w:val="20"/>
        </w:rPr>
        <w:t>Spett.le Proprietario,</w:t>
      </w:r>
    </w:p>
    <w:p/>
    <w:p>
      <w:r>
        <w:rPr>
          <w:b w:val="0"/>
          <w:sz w:val="20"/>
        </w:rPr>
        <w:t>Con la presente, in qualità di conduttore dell'immobile sito in ____________________________________________________,</w:t>
      </w:r>
    </w:p>
    <w:p>
      <w:r>
        <w:rPr>
          <w:b w:val="0"/>
          <w:sz w:val="20"/>
        </w:rPr>
        <w:t>desidero segnalare la presenza di muffa e umidità persistente all’interno dell’alloggio, che</w:t>
      </w:r>
    </w:p>
    <w:p>
      <w:r>
        <w:rPr>
          <w:b w:val="0"/>
          <w:sz w:val="20"/>
        </w:rPr>
        <w:t>compromette le condizioni igienico-sanitarie e abitabili dell’immobile locato.</w:t>
      </w:r>
    </w:p>
    <w:p/>
    <w:p>
      <w:r>
        <w:rPr>
          <w:b w:val="0"/>
          <w:sz w:val="20"/>
        </w:rPr>
        <w:t>Tale situazione determina un grave disagio e potenziali rischi per la salute mia e della mia famiglia,</w:t>
      </w:r>
    </w:p>
    <w:p>
      <w:r>
        <w:rPr>
          <w:b w:val="0"/>
          <w:sz w:val="20"/>
        </w:rPr>
        <w:t>oltre a violare gli obblighi contrattuali e di legge relativi alla manutenzione e alla consegna dell’immobile in condizioni idonee all’uso.</w:t>
      </w:r>
    </w:p>
    <w:p/>
    <w:p>
      <w:r>
        <w:rPr>
          <w:b w:val="0"/>
          <w:sz w:val="20"/>
        </w:rPr>
        <w:t>Ai sensi degli articoli 1575 e 1587 del Codice Civile, Le richiedo di voler intervenire tempestivamente per:</w:t>
      </w:r>
    </w:p>
    <w:p>
      <w:r>
        <w:rPr>
          <w:b w:val="0"/>
          <w:sz w:val="20"/>
        </w:rPr>
        <w:t>1. Effettuare un sopralluogo tecnico per accertare le cause della muffa e dell’umidità.</w:t>
      </w:r>
    </w:p>
    <w:p>
      <w:r>
        <w:rPr>
          <w:b w:val="0"/>
          <w:sz w:val="20"/>
        </w:rPr>
        <w:t>2. Procedere con gli interventi necessari per eliminare il problema e ripristinare condizioni di abitabilità.</w:t>
      </w:r>
    </w:p>
    <w:p>
      <w:r>
        <w:rPr>
          <w:b w:val="0"/>
          <w:sz w:val="20"/>
        </w:rPr>
        <w:t>3. Garantire la conformità dell’immobile agli standard igienico-sanitari previsti dalla normativa vigente.</w:t>
      </w:r>
    </w:p>
    <w:p/>
    <w:p>
      <w:r>
        <w:rPr>
          <w:b w:val="0"/>
          <w:sz w:val="20"/>
        </w:rPr>
        <w:t>Resto in attesa di un Suo sollecito riscontro e con la presente mi riservo di agire nelle sedi competenti qualora la situazione non venga risolta entro un termine ragionevole.</w:t>
      </w:r>
    </w:p>
    <w:p/>
    <w:p>
      <w:r>
        <w:rPr>
          <w:b w:val="0"/>
          <w:sz w:val="20"/>
        </w:rPr>
        <w:t>Distinti saluti,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Conduttore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 w:val="0"/>
          <w:sz w:val="20"/>
        </w:rPr>
        <w:t>Luogo: _________________________________________</w:t>
      </w:r>
    </w:p>
    <w:p>
      <w:r>
        <w:rPr>
          <w:b w:val="0"/>
          <w:sz w:val="20"/>
        </w:rPr>
        <w:t>Data: __________________________________________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https://esperto-lettere.com/fac-simile-lettera-muffa-in-casa-affitto/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muffa-in-casa-affitto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