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Spett.le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______________________________</w:t>
      </w:r>
    </w:p>
    <w:p/>
    <w:p/>
    <w:p>
      <w:r>
        <w:rPr>
          <w:b/>
          <w:sz w:val="20"/>
        </w:rPr>
        <w:t>Oggetto: Lettera di licenziamento per mancanza di lavoro</w:t>
      </w:r>
    </w:p>
    <w:p/>
    <w:p/>
    <w:p>
      <w:r>
        <w:rPr>
          <w:b w:val="0"/>
          <w:sz w:val="20"/>
        </w:rPr>
        <w:t>Gentile Sig./Sig.ra ____________________________,</w:t>
      </w:r>
    </w:p>
    <w:p/>
    <w:p>
      <w:r>
        <w:rPr>
          <w:b w:val="0"/>
          <w:sz w:val="20"/>
        </w:rPr>
        <w:t>Con la presente, si comunica la decisione dell'azienda di procedere al licenziamento del rapporto di lavoro subordinato con codesto dipendente a causa della comprovata mancanza di lavoro.</w:t>
      </w:r>
    </w:p>
    <w:p/>
    <w:p>
      <w:r>
        <w:rPr>
          <w:b w:val="0"/>
          <w:sz w:val="20"/>
        </w:rPr>
        <w:t>Tale decisione si rende necessaria a seguito di una riduzione significativa e duratura delle attività aziendali, che rende impossibile mantenere in servizio il personale nella posizione attualmente ricoperta.</w:t>
      </w:r>
    </w:p>
    <w:p/>
    <w:p>
      <w:r>
        <w:rPr>
          <w:b w:val="0"/>
          <w:sz w:val="20"/>
        </w:rPr>
        <w:t>Si precisa che il licenziamento avviene nel rispetto della normativa vigente in materia di licenziamenti per giustificato motivo oggettivo ai sensi degli articoli 3, 4 e 5 della legge n. 604/1966 e successive modifiche, nonché in conformità con quanto previsto dal Contratto Collettivo Nazionale di Lavoro applicabile.</w:t>
      </w:r>
    </w:p>
    <w:p/>
    <w:p>
      <w:r>
        <w:rPr>
          <w:b w:val="0"/>
          <w:sz w:val="20"/>
        </w:rPr>
        <w:t>L’azienda ha adottato tutte le misure possibili per tentare di evitare il licenziamento, compresi eventuali tentativi di ricollocazione e riduzione dell’orario di lavoro, senza esito positivo.</w:t>
      </w:r>
    </w:p>
    <w:p/>
    <w:p>
      <w:r>
        <w:rPr>
          <w:b w:val="0"/>
          <w:sz w:val="20"/>
        </w:rPr>
        <w:t>Il rapporto di lavoro cesserà con effetto dal momento in cui il dipendente riceverà la presente comunicazione, fatto salvo il rispetto del periodo di preavviso previsto per legge e/o dal contratto collettivo applicato.</w:t>
      </w:r>
    </w:p>
    <w:p/>
    <w:p>
      <w:r>
        <w:rPr>
          <w:b w:val="0"/>
          <w:sz w:val="20"/>
        </w:rPr>
        <w:t>Il dipendente ha diritto a ricevere tutte le spettanze maturate fino alla data di cessazione, inclusi la retribuzione, le ferie non godute, la tredicesima mensilità e ogni altro emolumento previsto dal contratto.</w:t>
      </w:r>
    </w:p>
    <w:p/>
    <w:p>
      <w:r>
        <w:rPr>
          <w:b w:val="0"/>
          <w:sz w:val="20"/>
        </w:rPr>
        <w:t>Si invita il Sig./la Sig.ra ____________________________ a prendere contatto con l’ufficio del personale per tutte le formalità relative alla cessazione del rapporto di lavoro.</w:t>
      </w:r>
    </w:p>
    <w:p/>
    <w:p/>
    <w:p>
      <w:r>
        <w:rPr>
          <w:b w:val="0"/>
          <w:sz w:val="20"/>
        </w:rPr>
        <w:t>Distinti saluti,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Luogo: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Data: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 del Datore di Lavoro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 del Dipendente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https://esperto-lettere.com/fac-simile-lettera-licenziamento-per-mancanza-di-lavoro/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licenziamento-per-mancanza-di-lavor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