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LICENZIAMENTO PER GIUSTIFICATO MOTIVO OGGETTIVO</w:t>
      </w:r>
    </w:p>
    <w:p/>
    <w:p/>
    <w:p>
      <w:r>
        <w:rPr>
          <w:b w:val="0"/>
          <w:sz w:val="20"/>
        </w:rPr>
        <w:t>Spett.le</w:t>
      </w:r>
    </w:p>
    <w:p>
      <w:r>
        <w:rPr>
          <w:b w:val="0"/>
          <w:sz w:val="20"/>
        </w:rPr>
        <w:t>Nome Azienda: _______________________________________________</w:t>
      </w:r>
    </w:p>
    <w:p>
      <w:r>
        <w:rPr>
          <w:b w:val="0"/>
          <w:sz w:val="20"/>
        </w:rPr>
        <w:t>Sede Legale: ________________________________________________</w:t>
      </w:r>
    </w:p>
    <w:p>
      <w:r>
        <w:rPr>
          <w:b w:val="0"/>
          <w:sz w:val="20"/>
        </w:rPr>
        <w:t>Codice Fiscale / P.IVA: _____________________________________</w:t>
      </w:r>
    </w:p>
    <w:p/>
    <w:p>
      <w:r>
        <w:rPr>
          <w:b/>
          <w:sz w:val="20"/>
        </w:rPr>
        <w:t>Al Sig./Alla Sig.ra:</w:t>
      </w:r>
    </w:p>
    <w:p>
      <w:r>
        <w:rPr>
          <w:b w:val="0"/>
          <w:sz w:val="20"/>
        </w:rPr>
        <w:t>Nome e Cognome: ____________________________________________</w:t>
      </w:r>
    </w:p>
    <w:p>
      <w:r>
        <w:rPr>
          <w:b w:val="0"/>
          <w:sz w:val="20"/>
        </w:rPr>
        <w:t>Indirizzo: _________________________________________________</w:t>
      </w:r>
    </w:p>
    <w:p>
      <w:r>
        <w:rPr>
          <w:b w:val="0"/>
          <w:sz w:val="20"/>
        </w:rPr>
        <w:t>Codice Fiscale: ____________________________________________</w:t>
      </w:r>
    </w:p>
    <w:p/>
    <w:p/>
    <w:p>
      <w:r>
        <w:rPr>
          <w:b/>
          <w:sz w:val="20"/>
        </w:rPr>
        <w:t>OGGETTO: Comunicazione di licenziamento per giustificato motivo oggettivo</w:t>
      </w:r>
    </w:p>
    <w:p/>
    <w:p>
      <w:r>
        <w:rPr>
          <w:b w:val="0"/>
          <w:sz w:val="20"/>
        </w:rPr>
        <w:t>Gentile Sig./Sig.ra,</w:t>
      </w:r>
    </w:p>
    <w:p/>
    <w:p>
      <w:r>
        <w:rPr>
          <w:b w:val="0"/>
          <w:sz w:val="20"/>
        </w:rPr>
        <w:t>con la presente La informiamo che, a seguito di una attenta valutazione della situazione aziendale e delle esigenze organizzative e produttive, ci troviamo nella spiacevole necessità di procedere al Suo licenziamento per giustificato motivo oggettivo.</w:t>
      </w:r>
    </w:p>
    <w:p/>
    <w:p>
      <w:r>
        <w:rPr>
          <w:b w:val="0"/>
          <w:sz w:val="20"/>
        </w:rPr>
        <w:t>Tale decisione si rende indispensabile per motivi inerenti all'organizzazione del lavoro e/o all'attività produttiva, che comportano una riduzione del personale per esigenze tecniche, organizzative e produttive ritenute imprescindibili. In particolare, le cause che hanno determinato la presente scelta sono le seguenti: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 w:val="0"/>
          <w:sz w:val="20"/>
        </w:rPr>
        <w:t>La informiamo che la presente comunicazione è effettuata nel rispetto delle disposizioni normative vigenti in materia di licenziamento per giustificato motivo oggettivo, come previsto dall'articolo 3 del Decreto Legislativo 15 giugno 2015, n. 23 e successive modificazioni, nonché in conformità con quanto previsto dal Codice Civile agli articoli 2118 e seguenti.</w:t>
      </w:r>
    </w:p>
    <w:p/>
    <w:p>
      <w:r>
        <w:rPr>
          <w:b w:val="0"/>
          <w:sz w:val="20"/>
        </w:rPr>
        <w:t>Le spettano pertanto tutte le spettanze e le indennità di legge e di contratto, comprensive di:</w:t>
      </w:r>
    </w:p>
    <w:p>
      <w:r>
        <w:rPr>
          <w:b w:val="0"/>
          <w:sz w:val="20"/>
        </w:rPr>
        <w:t>• Saldo retribuzione fino alla data di cessazione del rapporto;</w:t>
      </w:r>
    </w:p>
    <w:p>
      <w:r>
        <w:rPr>
          <w:b w:val="0"/>
          <w:sz w:val="20"/>
        </w:rPr>
        <w:t>• TFR (Trattamento di Fine Rapporto);</w:t>
      </w:r>
    </w:p>
    <w:p>
      <w:r>
        <w:rPr>
          <w:b w:val="0"/>
          <w:sz w:val="20"/>
        </w:rPr>
        <w:t>• Eventuali ferie residue maturate e non godute;</w:t>
      </w:r>
    </w:p>
    <w:p>
      <w:r>
        <w:rPr>
          <w:b w:val="0"/>
          <w:sz w:val="20"/>
        </w:rPr>
        <w:t>• Indennità sostitutiva del preavviso, qualora non effettuato.</w:t>
      </w:r>
    </w:p>
    <w:p/>
    <w:p>
      <w:r>
        <w:rPr>
          <w:b w:val="0"/>
          <w:sz w:val="20"/>
        </w:rPr>
        <w:t>La informiamo inoltre che, in base alla normativa vigente, ha diritto a ricevere la certificazione unica e ogni ulteriore documento utile per l'accesso alle prestazioni di sostegno al reddito.</w:t>
      </w:r>
    </w:p>
    <w:p/>
    <w:p>
      <w:r>
        <w:rPr>
          <w:b w:val="0"/>
          <w:sz w:val="20"/>
        </w:rPr>
        <w:t>La data di cessazione del rapporto di lavoro sarà comunicata successivamente in funzione del rispetto del periodo di preavviso previsto dal contratto collettivo applicato o, in mancanza, dalla legge.</w:t>
      </w:r>
    </w:p>
    <w:p/>
    <w:p>
      <w:r>
        <w:rPr>
          <w:b w:val="0"/>
          <w:sz w:val="20"/>
        </w:rPr>
        <w:t>Rimaniamo a disposizione per ogni eventuale chiarimento e cogliamo l'occasione per porgerLe cordiali saluti.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r>
        <w:rPr>
          <w:b w:val="0"/>
          <w:sz w:val="20"/>
        </w:rPr>
        <w:t>Firma del Datore di Lavoro: ________________________________</w:t>
      </w:r>
    </w:p>
    <w:p/>
    <w:p/>
    <w:p>
      <w:r>
        <w:rPr>
          <w:b/>
          <w:sz w:val="20"/>
        </w:rPr>
        <w:t>Ricevuta per presa visione:</w:t>
      </w:r>
    </w:p>
    <w:p/>
    <w:p/>
    <w:p>
      <w:r>
        <w:rPr>
          <w:b w:val="0"/>
          <w:sz w:val="20"/>
        </w:rPr>
        <w:t>Firma del Lavoratore: ___________________________________</w:t>
      </w:r>
    </w:p>
    <w:p/>
    <w:p/>
    <w:p>
      <w:r>
        <w:rPr>
          <w:b w:val="0"/>
          <w:sz w:val="20"/>
        </w:rPr>
        <w:t>Luogo: _____________________________    Data: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https://esperto-lettere.com/fac-simile-lettera-licenziamento-giustificato-motivo-oggettivo/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licenziamento-giustificato-motivo-oggettiv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