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DI LICENZIAMENTO PER GIUSTIFICATO MOTIVO OGGETTIVO</w:t>
      </w:r>
    </w:p>
    <w:p>
      <w:pPr>
        <w:jc w:val="center"/>
      </w:pPr>
      <w:r>
        <w:rPr>
          <w:b/>
          <w:sz w:val="20"/>
        </w:rPr>
        <w:t>SENZA PREAVVISO</w:t>
      </w:r>
    </w:p>
    <w:p/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Nome Azienda / Datore di lavoro</w:t>
      </w:r>
    </w:p>
    <w:p>
      <w:r>
        <w:rPr>
          <w:b w:val="0"/>
          <w:sz w:val="20"/>
        </w:rPr>
        <w:t>Indirizzo</w:t>
      </w:r>
    </w:p>
    <w:p>
      <w:r>
        <w:rPr>
          <w:b w:val="0"/>
          <w:sz w:val="20"/>
        </w:rPr>
        <w:t>CAP - Città</w:t>
      </w:r>
    </w:p>
    <w:p/>
    <w:p/>
    <w:p>
      <w:r>
        <w:rPr>
          <w:b/>
          <w:sz w:val="20"/>
        </w:rPr>
        <w:t>Al Sig./Alla Sig.ra</w:t>
      </w:r>
    </w:p>
    <w:p>
      <w:r>
        <w:rPr>
          <w:b w:val="0"/>
          <w:sz w:val="20"/>
        </w:rPr>
        <w:t>Nome e Cognome del Lavoratore</w:t>
      </w:r>
    </w:p>
    <w:p>
      <w:r>
        <w:rPr>
          <w:b w:val="0"/>
          <w:sz w:val="20"/>
        </w:rPr>
        <w:t>Indirizzo</w:t>
      </w:r>
    </w:p>
    <w:p>
      <w:r>
        <w:rPr>
          <w:b w:val="0"/>
          <w:sz w:val="20"/>
        </w:rPr>
        <w:t>CAP - Città</w:t>
      </w:r>
    </w:p>
    <w:p/>
    <w:p/>
    <w:p>
      <w:r>
        <w:rPr>
          <w:b/>
          <w:sz w:val="20"/>
        </w:rPr>
        <w:t>Oggetto: Lettera di licenziamento per giustificato motivo oggettivo senza preavviso</w:t>
      </w:r>
    </w:p>
    <w:p/>
    <w:p/>
    <w:p>
      <w:r>
        <w:rPr>
          <w:b w:val="0"/>
          <w:sz w:val="20"/>
        </w:rPr>
        <w:t>Gentile Sig./Gentile Sig.ra,</w:t>
      </w:r>
    </w:p>
    <w:p/>
    <w:p>
      <w:r>
        <w:rPr>
          <w:b w:val="0"/>
          <w:sz w:val="20"/>
        </w:rPr>
        <w:t>con la presente La informiamo che, a causa di sopravvenute e oggettive esigenze organizzative ed economiche dell’azienda, siamo costretti ad interrompere il Suo rapporto di lavoro subordinato, ai sensi e per gli effetti degli articoli 3 e 4 della legge n. 604/1966 e del contratto collettivo applicato.</w:t>
      </w:r>
    </w:p>
    <w:p/>
    <w:p>
      <w:r>
        <w:rPr>
          <w:b w:val="0"/>
          <w:sz w:val="20"/>
        </w:rPr>
        <w:t>Le motivazioni che giustificano il presente licenziamento sono le seguenti:</w:t>
        <w:br/>
        <w:t>- Riorganizzazione interna necessaria per ottimizzare i processi produttivi;</w:t>
        <w:br/>
        <w:t>- Riduzione dell’attività lavorativa dovuta a calo di mercato e fatturato;</w:t>
        <w:br/>
        <w:t>- Eliminazione della posizione lavorativa occupata, divenuta non più funzionale all’assetto aziendale.</w:t>
      </w:r>
    </w:p>
    <w:p/>
    <w:p>
      <w:r>
        <w:rPr>
          <w:b w:val="0"/>
          <w:sz w:val="20"/>
        </w:rPr>
        <w:t>In considerazione della gravità e urgenza della situazione, il licenziamento è disposto senza alcun preavviso, con effetto immediato a decorrere dalla data di ricevimento della presente comunicazione.</w:t>
      </w:r>
    </w:p>
    <w:p/>
    <w:p>
      <w:r>
        <w:rPr>
          <w:b w:val="0"/>
          <w:sz w:val="20"/>
        </w:rPr>
        <w:t>Le spettano tutte le spettanze maturate fino alla data odierna, incluse le ferie non godute, la tredicesima proporzionale e ogni altro importo previsto dal contratto collettivo nazionale di lavoro applicato.</w:t>
      </w:r>
    </w:p>
    <w:p/>
    <w:p>
      <w:r>
        <w:rPr>
          <w:b w:val="0"/>
          <w:sz w:val="20"/>
        </w:rPr>
        <w:t>Le ricordiamo che ha diritto a ricevere la certificazione unica e ogni altro documento necessario per eventuali adempimenti previdenziali e fiscali.</w:t>
      </w:r>
    </w:p>
    <w:p/>
    <w:p>
      <w:r>
        <w:rPr>
          <w:b w:val="0"/>
          <w:sz w:val="20"/>
        </w:rPr>
        <w:t>Rimaniamo a disposizione per ogni chiarimento e per la consegna della documentazione relativa alla cessazione del rapporto di lavoro.</w:t>
      </w:r>
    </w:p>
    <w:p/>
    <w:p>
      <w:r>
        <w:rPr>
          <w:b w:val="0"/>
          <w:sz w:val="20"/>
        </w:rPr>
        <w:t>Cordiali saluti,</w:t>
      </w:r>
    </w:p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Firma del Datore di Lavoro / Legale Rappresentante</w:t>
      </w:r>
    </w:p>
    <w:p/>
    <w:p/>
    <w:p>
      <w:r>
        <w:rPr>
          <w:b w:val="0"/>
          <w:sz w:val="20"/>
        </w:rPr>
        <w:t>Luogo: _____________________________</w:t>
      </w:r>
    </w:p>
    <w:p>
      <w:r>
        <w:rPr>
          <w:b w:val="0"/>
          <w:sz w:val="20"/>
        </w:rPr>
        <w:t>Data: 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Datore di Lavoro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Lavoratore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https://esperto-lettere.com/fac-simile-lettera-licenziamento-giustificato-motivo-oggettivo-senza-preavviso/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licenziamento-giustificato-motivo-oggettivo-senza-preavvis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