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INVIATA VIA PEC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Cognome / Ragione Sociale</w:t>
      </w:r>
    </w:p>
    <w:p>
      <w:r>
        <w:rPr>
          <w:b w:val="0"/>
          <w:sz w:val="20"/>
        </w:rPr>
        <w:t>Indirizzo completo</w:t>
      </w:r>
    </w:p>
    <w:p>
      <w:r>
        <w:rPr>
          <w:b w:val="0"/>
          <w:sz w:val="20"/>
        </w:rPr>
        <w:t>Codice Fiscale / Partita IVA</w:t>
      </w:r>
    </w:p>
    <w:p>
      <w:r>
        <w:rPr>
          <w:b w:val="0"/>
          <w:sz w:val="20"/>
        </w:rPr>
        <w:t>Indirizzo PEC: 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Cognome / Ragione Sociale</w:t>
      </w:r>
    </w:p>
    <w:p>
      <w:r>
        <w:rPr>
          <w:b w:val="0"/>
          <w:sz w:val="20"/>
        </w:rPr>
        <w:t>Indirizzo completo</w:t>
      </w:r>
    </w:p>
    <w:p>
      <w:r>
        <w:rPr>
          <w:b w:val="0"/>
          <w:sz w:val="20"/>
        </w:rPr>
        <w:t>Codice Fiscale / Partita IVA</w:t>
      </w:r>
    </w:p>
    <w:p>
      <w:r>
        <w:rPr>
          <w:b w:val="0"/>
          <w:sz w:val="20"/>
        </w:rPr>
        <w:t>Indirizzo PEC: ______________________________</w:t>
      </w:r>
    </w:p>
    <w:p/>
    <w:p/>
    <w:p>
      <w:r>
        <w:rPr>
          <w:b/>
          <w:sz w:val="20"/>
        </w:rPr>
        <w:t>Oggetto: Comunicazione formale inviata tramite Posta Elettronica Certificata (PEC)</w:t>
      </w:r>
    </w:p>
    <w:p/>
    <w:p/>
    <w:p>
      <w:r>
        <w:rPr>
          <w:b w:val="0"/>
          <w:sz w:val="20"/>
        </w:rPr>
        <w:t>Spett.le [Nome del Destinatario],</w:t>
      </w:r>
    </w:p>
    <w:p/>
    <w:p>
      <w:r>
        <w:rPr>
          <w:b w:val="0"/>
          <w:sz w:val="20"/>
        </w:rPr>
        <w:t>Con la presente, il sottoscritto/a [Nome Cognome], nato/a a [luogo di nascita], il [data di nascita], Codice Fiscale [codice fiscale], residente in [indirizzo completo], intende formalmente comunicare quanto segue:</w:t>
      </w:r>
    </w:p>
    <w:p/>
    <w:p>
      <w:r>
        <w:rPr>
          <w:b w:val="0"/>
          <w:sz w:val="20"/>
        </w:rPr>
        <w:t>1) Premesso che [descrizione sintetica della situazione o del motivo della comunicazione],</w:t>
        <w:br/>
        <w:t>2) Considerato che [ulteriori dettagli o riferimenti contrattuali/legali],</w:t>
        <w:br/>
        <w:t>3) Si richiede formalmente a codesta spettabile [azienda/ente/persona] di [oggetto della richiesta o comunicazione].</w:t>
      </w:r>
    </w:p>
    <w:p/>
    <w:p>
      <w:r>
        <w:rPr>
          <w:b w:val="0"/>
          <w:sz w:val="20"/>
        </w:rPr>
        <w:t>Si precisa che la presente comunicazione, inviata tramite PEC, ha valore legale ai sensi dell'art. 47-bis del Codice dell'Amministrazione Digitale (D.Lgs. 82/2005) e successive modifiche, garantendo la prova dell'invio e della consegna.</w:t>
      </w:r>
    </w:p>
    <w:p/>
    <w:p>
      <w:r>
        <w:rPr>
          <w:b w:val="0"/>
          <w:sz w:val="20"/>
        </w:rPr>
        <w:t>Rimango a disposizione per ogni eventuale chiarimento e, in attesa di un cortese riscontro, porgo distinti saluti.</w:t>
      </w:r>
    </w:p>
    <w:p/>
    <w:p/>
    <w:p>
      <w:r>
        <w:rPr>
          <w:b/>
          <w:sz w:val="20"/>
        </w:rPr>
        <w:t>Cordiali saluti,</w:t>
      </w:r>
    </w:p>
    <w:p/>
    <w:p/>
    <w:p/>
    <w:p/>
    <w:p>
      <w:pPr>
        <w:jc w:val="center"/>
      </w:pPr>
      <w:r>
        <w:rPr>
          <w:b w:val="0"/>
          <w:sz w:val="20"/>
        </w:rPr>
        <w:t>[Firma digitale o autografa in originale]</w:t>
      </w:r>
    </w:p>
    <w:p>
      <w:pPr>
        <w:jc w:val="center"/>
      </w:pPr>
      <w:r>
        <w:rPr>
          <w:b w:val="0"/>
          <w:sz w:val="20"/>
        </w:rPr>
        <w:t>[Nome Cognome]</w:t>
      </w:r>
    </w:p>
    <w:p>
      <w:pPr>
        <w:jc w:val="center"/>
      </w:pPr>
      <w:r>
        <w:rPr>
          <w:b w:val="0"/>
          <w:sz w:val="20"/>
        </w:rPr>
        <w:t>[Recapito telefonico]</w:t>
      </w:r>
    </w:p>
    <w:p>
      <w:pPr>
        <w:jc w:val="center"/>
      </w:pPr>
      <w:r>
        <w:rPr>
          <w:b w:val="0"/>
          <w:sz w:val="20"/>
        </w:rPr>
        <w:t>[Email / PEC mittente]</w:t>
      </w:r>
    </w:p>
    <w:p/>
    <w:p/>
    <w:p>
      <w:r>
        <w:rPr>
          <w:b w:val="0"/>
          <w:sz w:val="20"/>
        </w:rPr>
        <w:t>Luogo: ____________________________</w:t>
      </w:r>
    </w:p>
    <w:p>
      <w:r>
        <w:rPr>
          <w:b w:val="0"/>
          <w:sz w:val="20"/>
        </w:rPr>
        <w:t>Data: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Ricevuta di presa visione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https://esperto-lettere.com/fac-simile-lettera-inviata-via-pec/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inviata-via-pec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