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Spett.le INPS</w:t>
      </w:r>
    </w:p>
    <w:p>
      <w:r>
        <w:rPr>
          <w:b w:val="0"/>
          <w:sz w:val="20"/>
        </w:rPr>
        <w:t>Presso la sede competente</w:t>
      </w:r>
    </w:p>
    <w:p/>
    <w:p/>
    <w:p>
      <w:r>
        <w:rPr>
          <w:b/>
          <w:sz w:val="20"/>
        </w:rPr>
        <w:t>Oggetto: Richiesta di pensione - Fac-simile lettera</w:t>
      </w:r>
    </w:p>
    <w:p/>
    <w:p/>
    <w:p>
      <w:r>
        <w:rPr>
          <w:b w:val="0"/>
          <w:sz w:val="20"/>
        </w:rPr>
        <w:t>Il/La sottoscritto/a ________________________________________________________,</w:t>
      </w:r>
    </w:p>
    <w:p>
      <w:r>
        <w:rPr>
          <w:b w:val="0"/>
          <w:sz w:val="20"/>
        </w:rPr>
        <w:t>nato/a a ____________________________, codice fiscale _________________________,</w:t>
      </w:r>
    </w:p>
    <w:p>
      <w:r>
        <w:rPr>
          <w:b w:val="0"/>
          <w:sz w:val="20"/>
        </w:rPr>
        <w:t>residente in ________________________________________________________________,</w:t>
      </w:r>
    </w:p>
    <w:p>
      <w:r>
        <w:rPr>
          <w:b w:val="0"/>
          <w:sz w:val="20"/>
        </w:rPr>
        <w:t>telefono ____________________________, e-mail ________________________________,</w:t>
      </w:r>
    </w:p>
    <w:p/>
    <w:p>
      <w:r>
        <w:rPr>
          <w:b/>
          <w:sz w:val="20"/>
        </w:rPr>
        <w:t>CHIEDE</w:t>
      </w:r>
    </w:p>
    <w:p>
      <w:r>
        <w:rPr>
          <w:b w:val="0"/>
          <w:sz w:val="20"/>
        </w:rPr>
        <w:t>di poter accedere alla pensione di vecchiaia/anticipata/invalidità (barrare quella che interessa),</w:t>
      </w:r>
    </w:p>
    <w:p>
      <w:r>
        <w:rPr>
          <w:b w:val="0"/>
          <w:sz w:val="20"/>
        </w:rPr>
        <w:t>in base alla normativa vigente e ai requisiti contributivi maturati, come previsto dalle disposizioni INPS e dalla legge italiana.</w:t>
      </w:r>
    </w:p>
    <w:p/>
    <w:p>
      <w:r>
        <w:rPr>
          <w:b/>
          <w:sz w:val="20"/>
        </w:rPr>
        <w:t>A tal fine, dichiara sotto la propria responsabilità, ai sensi degli articoli 46 e 47 del D.P.R. 445/2000:</w:t>
      </w:r>
    </w:p>
    <w:p>
      <w:r>
        <w:rPr>
          <w:b w:val="0"/>
          <w:sz w:val="20"/>
        </w:rPr>
        <w:t>1. di aver maturato il diritto alla pensione secondo la normativa vigente;</w:t>
      </w:r>
    </w:p>
    <w:p>
      <w:r>
        <w:rPr>
          <w:b w:val="0"/>
          <w:sz w:val="20"/>
        </w:rPr>
        <w:t>2. di aver versato regolarmente i contributi previdenziali presso l'INPS e/o altri enti previdenziali;</w:t>
      </w:r>
    </w:p>
    <w:p>
      <w:r>
        <w:rPr>
          <w:b w:val="0"/>
          <w:sz w:val="20"/>
        </w:rPr>
        <w:t>3. di non percepire altre forme di pensione incompatibili con la presente richiesta;</w:t>
      </w:r>
    </w:p>
    <w:p>
      <w:r>
        <w:rPr>
          <w:b w:val="0"/>
          <w:sz w:val="20"/>
        </w:rPr>
        <w:t>4. di essere in possesso di tutta la documentazione necessaria per l'istruttoria della pratica;</w:t>
      </w:r>
    </w:p>
    <w:p>
      <w:r>
        <w:rPr>
          <w:b w:val="0"/>
          <w:sz w:val="20"/>
        </w:rPr>
        <w:t>5. di autorizzare il trattamento dei dati personali ai sensi del Regolamento UE 2016/679 (GDPR).</w:t>
      </w:r>
    </w:p>
    <w:p/>
    <w:p>
      <w:r>
        <w:rPr>
          <w:b/>
          <w:sz w:val="20"/>
        </w:rPr>
        <w:t>Si allegano alla presente:</w:t>
      </w:r>
    </w:p>
    <w:p>
      <w:r>
        <w:rPr>
          <w:b w:val="0"/>
          <w:sz w:val="20"/>
        </w:rPr>
        <w:t>- Documento di identità in corso di validità;</w:t>
      </w:r>
    </w:p>
    <w:p>
      <w:r>
        <w:rPr>
          <w:b w:val="0"/>
          <w:sz w:val="20"/>
        </w:rPr>
        <w:t>- Codice fiscale;</w:t>
      </w:r>
    </w:p>
    <w:p>
      <w:r>
        <w:rPr>
          <w:b w:val="0"/>
          <w:sz w:val="20"/>
        </w:rPr>
        <w:t>- Certificazioni attestanti la contribuzione versata;</w:t>
      </w:r>
    </w:p>
    <w:p>
      <w:r>
        <w:rPr>
          <w:b w:val="0"/>
          <w:sz w:val="20"/>
        </w:rPr>
        <w:t>- Eventuali certificati medici in caso di richiesta di pensione di invalidità;</w:t>
      </w:r>
    </w:p>
    <w:p>
      <w:r>
        <w:rPr>
          <w:b w:val="0"/>
          <w:sz w:val="20"/>
        </w:rPr>
        <w:t>- Altra documentazione rilevante ai fini della domanda.</w:t>
      </w:r>
    </w:p>
    <w:p/>
    <w:p>
      <w:r>
        <w:rPr>
          <w:b w:val="0"/>
          <w:sz w:val="20"/>
        </w:rPr>
        <w:t>Si richiede, pertanto, che la domanda venga accolta nei termini di legge e che vengano effettuate le verifiche necessarie per il riconoscimento del diritto.</w:t>
      </w:r>
    </w:p>
    <w:p/>
    <w:p>
      <w:r>
        <w:rPr>
          <w:b w:val="0"/>
          <w:sz w:val="20"/>
        </w:rPr>
        <w:t>Distinti saluti,</w:t>
      </w:r>
    </w:p>
    <w:p/>
    <w:p/>
    <w:p/>
    <w:p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Firma del richiedente</w:t>
      </w:r>
    </w:p>
    <w:p/>
    <w:p/>
    <w:p>
      <w:r>
        <w:rPr>
          <w:b/>
          <w:sz w:val="20"/>
        </w:rPr>
        <w:t>Indirizzo per eventuali comunicazioni:</w:t>
      </w:r>
    </w:p>
    <w:p>
      <w:r>
        <w:rPr>
          <w:b w:val="0"/>
          <w:sz w:val="20"/>
        </w:rPr>
        <w:t>Via/Piazza ________________________________________________________________</w:t>
      </w:r>
    </w:p>
    <w:p>
      <w:r>
        <w:rPr>
          <w:b w:val="0"/>
          <w:sz w:val="20"/>
        </w:rPr>
        <w:t>CAP ___________ Città _______________________ Provincia _______</w:t>
      </w:r>
    </w:p>
    <w:p>
      <w:r>
        <w:rPr>
          <w:b w:val="0"/>
          <w:sz w:val="20"/>
        </w:rPr>
        <w:t>Telefono ____________________________ E-mail _______________________________</w:t>
      </w:r>
    </w:p>
    <w:p/>
    <w:p/>
    <w:p>
      <w:r>
        <w:rPr>
          <w:b w:val="0"/>
          <w:sz w:val="20"/>
        </w:rPr>
        <w:t>Luogo e data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INPS - Ufficio Competente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https://esperto-lettere.com/fac-simile-lettera-inps-pensione/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inps-pension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