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 e Cognome / Ragione Sociale _______________________________</w:t>
      </w:r>
    </w:p>
    <w:p>
      <w:r>
        <w:rPr>
          <w:b w:val="0"/>
          <w:sz w:val="20"/>
        </w:rPr>
        <w:t>Indirizzo _______________________________________________________</w:t>
      </w:r>
    </w:p>
    <w:p>
      <w:r>
        <w:rPr>
          <w:b w:val="0"/>
          <w:sz w:val="20"/>
        </w:rPr>
        <w:t>CAP _______________ Città ___________________ Provincia _________</w:t>
      </w:r>
    </w:p>
    <w:p>
      <w:r>
        <w:rPr>
          <w:b w:val="0"/>
          <w:sz w:val="20"/>
        </w:rPr>
        <w:t>Telefono _______________ Email _________________________________</w:t>
      </w:r>
    </w:p>
    <w:p/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Nome e Cognome / Ragione Sociale _______________________________</w:t>
      </w:r>
    </w:p>
    <w:p>
      <w:r>
        <w:rPr>
          <w:b w:val="0"/>
          <w:sz w:val="20"/>
        </w:rPr>
        <w:t>Indirizzo _______________________________________________________</w:t>
      </w:r>
    </w:p>
    <w:p>
      <w:r>
        <w:rPr>
          <w:b w:val="0"/>
          <w:sz w:val="20"/>
        </w:rPr>
        <w:t>CAP _______________ Città ___________________ Provincia _________</w:t>
      </w:r>
    </w:p>
    <w:p/>
    <w:p/>
    <w:p>
      <w:pPr>
        <w:jc w:val="center"/>
      </w:pPr>
      <w:r>
        <w:rPr>
          <w:b/>
          <w:sz w:val="20"/>
        </w:rPr>
        <w:t>Oggetto: Facsimile di lettera per segnalazione di eccessivo carico di lavoro</w:t>
      </w:r>
    </w:p>
    <w:p/>
    <w:p/>
    <w:p>
      <w:r>
        <w:rPr>
          <w:b/>
          <w:sz w:val="20"/>
        </w:rPr>
        <w:t>Spett.le</w:t>
      </w:r>
    </w:p>
    <w:p>
      <w:r>
        <w:rPr>
          <w:b w:val="0"/>
          <w:sz w:val="20"/>
        </w:rPr>
        <w:t>Alla cortese attenzione del Responsabile del Personale / Datore di Lavoro</w:t>
      </w:r>
    </w:p>
    <w:p/>
    <w:p>
      <w:r>
        <w:rPr>
          <w:b w:val="0"/>
          <w:sz w:val="20"/>
        </w:rPr>
        <w:t>Egregi Signori,</w:t>
      </w:r>
    </w:p>
    <w:p/>
    <w:p>
      <w:r>
        <w:rPr>
          <w:b w:val="0"/>
          <w:sz w:val="20"/>
        </w:rPr>
        <w:t>con la presente desidero portare formale segnalazione in merito all'eccessivo carico di lavoro che da tempo grava sulla mia posizione lavorativa. Tale condizione si è protratta in maniera continuativa, compromettendo significativamente la mia capacità di svolgere le mansioni assegnate nel rispetto dei tempi e degli standard qualitativi previsti dal contratto di lavoro e dalle normative vigenti.</w:t>
      </w:r>
    </w:p>
    <w:p/>
    <w:p>
      <w:r>
        <w:rPr>
          <w:b w:val="0"/>
          <w:sz w:val="20"/>
        </w:rPr>
        <w:t>In particolare, evidenzio che l'ammontare delle attività da me richieste supera di gran lunga quanto previsto dall'organizzazione del lavoro e dalla normativa sulla tutela della salute e sicurezza nei luoghi di lavoro (D.Lgs. 81/2008), oltre a configurare una condizione che potrebbe pregiudicare il mio benessere psicofisico, come tutelato dalla legge e dai contratti collettivi nazionali applicabili.</w:t>
      </w:r>
    </w:p>
    <w:p/>
    <w:p>
      <w:r>
        <w:rPr>
          <w:b w:val="0"/>
          <w:sz w:val="20"/>
        </w:rPr>
        <w:t>Considerata la situazione, chiedo cortesemente che vengano adottati provvedimenti adeguati per riequilibrare il carico di lavoro a me affidato, nel rispetto dei limiti di legge e delle buone prassi aziendali, al fine di garantire condizioni di lavoro sicure e sostenibili.</w:t>
      </w:r>
    </w:p>
    <w:p/>
    <w:p>
      <w:r>
        <w:rPr>
          <w:b w:val="0"/>
          <w:sz w:val="20"/>
        </w:rPr>
        <w:t>Resto a disposizione per un confronto diretto e per collaborare alla ricerca di soluzioni che possano migliorare l’organizzazione del lavoro e la qualità delle condizioni occupazionali.</w:t>
      </w:r>
    </w:p>
    <w:p/>
    <w:p>
      <w:r>
        <w:rPr>
          <w:b w:val="0"/>
          <w:sz w:val="20"/>
        </w:rPr>
        <w:t>Certi della Vostra attenzione e collaborazione, resto in attesa di un gentile riscontro.</w:t>
      </w:r>
    </w:p>
    <w:p/>
    <w:p/>
    <w:p>
      <w:r>
        <w:rPr>
          <w:b w:val="0"/>
          <w:sz w:val="20"/>
        </w:rPr>
        <w:t>Distinti saluti,</w:t>
      </w:r>
    </w:p>
    <w:p/>
    <w:p/>
    <w:p/>
    <w:p/>
    <w:p>
      <w:pPr>
        <w:jc w:val="center"/>
      </w:pPr>
      <w:r>
        <w:rPr>
          <w:b w:val="0"/>
          <w:sz w:val="20"/>
        </w:rPr>
        <w:t>Firma ________________________________</w:t>
      </w:r>
    </w:p>
    <w:p/>
    <w:p/>
    <w:p>
      <w:r>
        <w:rPr>
          <w:b w:val="0"/>
          <w:sz w:val="20"/>
        </w:rPr>
        <w:t>Luogo ______________________    Data 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Dipendente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Datore di Lavoro / Responsabile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https://esperto-lettere.com/fac-simile-lettera-eccessivo-carico-di-lavoro/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eccessivo-carico-di-lavoro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