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DIFFIDA CON SFRATTO PER MOROSITÀ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Avv. _______________________________</w:t>
      </w:r>
    </w:p>
    <w:p>
      <w:r>
        <w:rPr>
          <w:b w:val="0"/>
          <w:sz w:val="20"/>
        </w:rPr>
        <w:t>Studio Legale _______________________</w:t>
      </w:r>
    </w:p>
    <w:p>
      <w:r>
        <w:rPr>
          <w:b w:val="0"/>
          <w:sz w:val="20"/>
        </w:rPr>
        <w:t>Indirizzo: __________________________</w:t>
      </w:r>
    </w:p>
    <w:p>
      <w:r>
        <w:rPr>
          <w:b w:val="0"/>
          <w:sz w:val="20"/>
        </w:rPr>
        <w:t>CAP _______ - Città ________________</w:t>
      </w:r>
    </w:p>
    <w:p>
      <w:r>
        <w:rPr>
          <w:b w:val="0"/>
          <w:sz w:val="20"/>
        </w:rPr>
        <w:t>Telefono: ___________________________</w:t>
      </w:r>
    </w:p>
    <w:p>
      <w:r>
        <w:rPr>
          <w:b w:val="0"/>
          <w:sz w:val="20"/>
        </w:rPr>
        <w:t>Email: 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Sig./Sig.ra ___________________________</w:t>
      </w:r>
    </w:p>
    <w:p>
      <w:r>
        <w:rPr>
          <w:b w:val="0"/>
          <w:sz w:val="20"/>
        </w:rPr>
        <w:t>Indirizzo: ____________________________</w:t>
      </w:r>
    </w:p>
    <w:p>
      <w:r>
        <w:rPr>
          <w:b w:val="0"/>
          <w:sz w:val="20"/>
        </w:rPr>
        <w:t>CAP _______ - Città ___________________</w:t>
      </w:r>
    </w:p>
    <w:p/>
    <w:p/>
    <w:p>
      <w:pPr>
        <w:jc w:val="center"/>
      </w:pPr>
      <w:r>
        <w:rPr>
          <w:b/>
          <w:sz w:val="20"/>
        </w:rPr>
        <w:t>Oggetto: Diffida ad adempiere e intimazione di sfratto per morosità</w:t>
      </w:r>
    </w:p>
    <w:p/>
    <w:p/>
    <w:p>
      <w:r>
        <w:rPr>
          <w:b w:val="0"/>
          <w:sz w:val="20"/>
        </w:rPr>
        <w:t>Spett.le Sig./Sig.ra,</w:t>
      </w:r>
    </w:p>
    <w:p/>
    <w:p>
      <w:r>
        <w:rPr>
          <w:b w:val="0"/>
          <w:sz w:val="20"/>
        </w:rPr>
        <w:t>Con la presente, il sottoscritto Avvocato, in qualità di legale rappresentante del Sig./della Sig.ra _______________________________, proprietario/a dell’immobile sito in _________________________________, intima formalmente il pagamento immediato di tutte le somme dovute a titolo di canone di locazione, scadute e non corrisposte, relative al contratto di locazione registrato in data ________________, repertorio n. ________.</w:t>
      </w:r>
    </w:p>
    <w:p/>
    <w:p>
      <w:r>
        <w:rPr>
          <w:b w:val="0"/>
          <w:sz w:val="20"/>
        </w:rPr>
        <w:t>Nonostante i ripetuti solleciti verbali e scritti, ad oggi permane una morosità pari a € ____________, comprensiva di canoni non pagati, interessi di mora e spese accessorie, documentata e disponibile a richiesta.</w:t>
      </w:r>
    </w:p>
    <w:p/>
    <w:p>
      <w:r>
        <w:rPr>
          <w:b w:val="0"/>
          <w:sz w:val="20"/>
        </w:rPr>
        <w:t>Si diffida pertanto codesto inquilino ad adempiere entro 15 (quindici) giorni dal ricevimento della presente alle obbligazioni contrattuali e a liberare l’immobile, in caso di mancato pagamento, si procederà con la formale intimazione di sfratto per morosità ai sensi degli articoli 1571 e seguenti del Codice Civile e dell’art. 5 della legge 27 luglio 1978 n. 392, con conseguente richiesta di rilascio coattivo.</w:t>
      </w:r>
    </w:p>
    <w:p/>
    <w:p>
      <w:r>
        <w:rPr>
          <w:b w:val="0"/>
          <w:sz w:val="20"/>
        </w:rPr>
        <w:t>Si precisa che il mancato pagamento entro il termine indicato comporterà l’avvio immediato delle azioni legali necessarie per il recupero del credito e per il rilascio dell’immobile, con aggravio di spese e oneri a carico del conduttore moroso.</w:t>
      </w:r>
    </w:p>
    <w:p/>
    <w:p>
      <w:r>
        <w:rPr>
          <w:b w:val="0"/>
          <w:sz w:val="20"/>
        </w:rPr>
        <w:t>Resta inteso che la presente non esclude, né limita, ogni altra azione e tutela prevista dalla legge e dal contratto di locazione.</w:t>
      </w:r>
    </w:p>
    <w:p/>
    <w:p/>
    <w:p>
      <w:r>
        <w:rPr>
          <w:b w:val="0"/>
          <w:sz w:val="20"/>
        </w:rPr>
        <w:t>Distinti saluti,</w:t>
      </w:r>
    </w:p>
    <w:p/>
    <w:p/>
    <w:p/>
    <w:p/>
    <w:p>
      <w:r>
        <w:rPr>
          <w:b/>
          <w:sz w:val="20"/>
        </w:rPr>
        <w:t>Avv. _______________________________</w:t>
      </w:r>
    </w:p>
    <w:p/>
    <w:p/>
    <w:p>
      <w:r>
        <w:rPr>
          <w:b w:val="0"/>
          <w:sz w:val="20"/>
        </w:rPr>
        <w:t>Luogo: ____________________________     Data: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Avvocato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Cliente (Proprietario)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https://esperto-lettere.com/fac-simile-lettera-diffida-sfratto-per-morosita-avvocato/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diffida-sfratto-per-morosita-avvocat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