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Fac-Simile Lettera di Diffida all'Amministratore di Condominio</w:t>
      </w:r>
    </w:p>
    <w:p/>
    <w:p/>
    <w:p>
      <w:r>
        <w:rPr>
          <w:b w:val="0"/>
          <w:sz w:val="20"/>
        </w:rPr>
        <w:t>Al Sig./Alla Sig.ra Amministratore del Condominio</w:t>
      </w:r>
    </w:p>
    <w:p>
      <w:r>
        <w:rPr>
          <w:b w:val="0"/>
          <w:sz w:val="20"/>
        </w:rPr>
        <w:t>Nome Condominio: ______________________________________________</w:t>
      </w:r>
    </w:p>
    <w:p>
      <w:r>
        <w:rPr>
          <w:b w:val="0"/>
          <w:sz w:val="20"/>
        </w:rPr>
        <w:t>Indirizzo: ____________________________________________________</w:t>
      </w:r>
    </w:p>
    <w:p/>
    <w:p>
      <w:r>
        <w:rPr>
          <w:b/>
          <w:sz w:val="20"/>
        </w:rPr>
        <w:t>Mittente:</w:t>
      </w:r>
    </w:p>
    <w:p>
      <w:r>
        <w:rPr>
          <w:b w:val="0"/>
          <w:sz w:val="20"/>
        </w:rPr>
        <w:t>Nome e Cognome: ______________________________________________</w:t>
      </w:r>
    </w:p>
    <w:p>
      <w:r>
        <w:rPr>
          <w:b w:val="0"/>
          <w:sz w:val="20"/>
        </w:rPr>
        <w:t>Indirizzo: ____________________________________________________</w:t>
      </w:r>
    </w:p>
    <w:p>
      <w:r>
        <w:rPr>
          <w:b w:val="0"/>
          <w:sz w:val="20"/>
        </w:rPr>
        <w:t>Unità immobiliare: _____________________________________________</w:t>
      </w:r>
    </w:p>
    <w:p/>
    <w:p/>
    <w:p>
      <w:r>
        <w:rPr>
          <w:b/>
          <w:sz w:val="20"/>
        </w:rPr>
        <w:t>OGGETTO: Diffida ad adempiere agli obblighi di amministrazione condominiale</w:t>
      </w:r>
    </w:p>
    <w:p/>
    <w:p>
      <w:r>
        <w:rPr>
          <w:b w:val="0"/>
          <w:sz w:val="20"/>
        </w:rPr>
        <w:t>Spett.le Amministratore,</w:t>
      </w:r>
    </w:p>
    <w:p/>
    <w:p>
      <w:r>
        <w:rPr>
          <w:b w:val="0"/>
          <w:sz w:val="20"/>
        </w:rPr>
        <w:t>in qualità di condomino dell’immobile sopra indicato, con la presente sono a formalmente diffidarLa ad adempiere agli obblighi e doveri che Le competono in forza del mandato conferito e delle disposizioni di legge e regolamento condominiale.</w:t>
      </w:r>
    </w:p>
    <w:p/>
    <w:p>
      <w:r>
        <w:rPr>
          <w:b w:val="0"/>
          <w:sz w:val="20"/>
        </w:rPr>
        <w:t>Nonostante le ripetute comunicazioni e richieste verbali/strumentali, rilevo con rammarico che continuano a persistere le seguenti inadempienze nell’amministrazione del condominio:</w:t>
      </w:r>
    </w:p>
    <w:p>
      <w:r>
        <w:rPr>
          <w:b w:val="0"/>
          <w:sz w:val="20"/>
        </w:rPr>
        <w:t>1) ______________________________________________________________</w:t>
      </w:r>
    </w:p>
    <w:p>
      <w:r>
        <w:rPr>
          <w:b w:val="0"/>
          <w:sz w:val="20"/>
        </w:rPr>
        <w:t>2) ______________________________________________________________</w:t>
      </w:r>
    </w:p>
    <w:p>
      <w:r>
        <w:rPr>
          <w:b w:val="0"/>
          <w:sz w:val="20"/>
        </w:rPr>
        <w:t>3) ______________________________________________________________</w:t>
      </w:r>
    </w:p>
    <w:p>
      <w:r>
        <w:rPr>
          <w:b w:val="0"/>
          <w:sz w:val="20"/>
        </w:rPr>
        <w:t>4) ______________________________________________________________</w:t>
      </w:r>
    </w:p>
    <w:p>
      <w:r>
        <w:rPr>
          <w:b w:val="0"/>
          <w:sz w:val="20"/>
        </w:rPr>
        <w:t>5) ______________________________________________________________</w:t>
      </w:r>
    </w:p>
    <w:p/>
    <w:p>
      <w:r>
        <w:rPr>
          <w:b w:val="0"/>
          <w:sz w:val="20"/>
        </w:rPr>
        <w:t>Tali omissioni e negligenze arrecano pregiudizio agli interessi comuni e compromettono la corretta gestione del condominio, con conseguenze negative sulla sicurezza, funzionamento e valore del patrimonio immobiliare.</w:t>
      </w:r>
    </w:p>
    <w:p/>
    <w:p>
      <w:r>
        <w:rPr>
          <w:b w:val="0"/>
          <w:sz w:val="20"/>
        </w:rPr>
        <w:t>Pertanto, La invito formalmente a voler provvedere senza ulteriore indugio a compiere tutti gli atti necessari per la regolare e conforme amministrazione del condominio, nel rispetto del mandato conferito e delle norme vigenti.</w:t>
      </w:r>
    </w:p>
    <w:p/>
    <w:p>
      <w:r>
        <w:rPr>
          <w:b w:val="0"/>
          <w:sz w:val="20"/>
        </w:rPr>
        <w:t>Resto in attesa di un Suo sollecito riscontro scritto entro e non oltre 15 (quindici) giorni dal ricevimento della presente, riservandomi sin d’ora di intraprendere ogni azione legale a tutela dei miei diritti e degli interessi comuni, ivi compresa la revoca dell’incarico e la richiesta di risarcimento danni.</w:t>
      </w:r>
    </w:p>
    <w:p/>
    <w:p/>
    <w:p>
      <w:r>
        <w:rPr>
          <w:b w:val="0"/>
          <w:sz w:val="20"/>
        </w:rPr>
        <w:t>Distinti saluti,</w:t>
      </w:r>
    </w:p>
    <w:p/>
    <w:p/>
    <w:p/>
    <w:p/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Firma del Condòmino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Condomino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Amministratore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https://esperto-lettere.com/fac-simile-lettera-diffida-amministratore-condominio/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fac-simile-lettera-diffida-amministratore-condominio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