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SOLLECITO PER MANCATA RISPOSTA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</w:t>
      </w:r>
    </w:p>
    <w:p>
      <w:r>
        <w:rPr>
          <w:b w:val="0"/>
          <w:sz w:val="20"/>
        </w:rPr>
        <w:t>Indirizzo</w:t>
      </w:r>
    </w:p>
    <w:p>
      <w:r>
        <w:rPr>
          <w:b w:val="0"/>
          <w:sz w:val="20"/>
        </w:rPr>
        <w:t>CAP - Città (Provincia)</w:t>
      </w:r>
    </w:p>
    <w:p>
      <w:r>
        <w:rPr>
          <w:b w:val="0"/>
          <w:sz w:val="20"/>
        </w:rPr>
        <w:t>Telefono / Email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/ Ragione Sociale</w:t>
      </w:r>
    </w:p>
    <w:p>
      <w:r>
        <w:rPr>
          <w:b w:val="0"/>
          <w:sz w:val="20"/>
        </w:rPr>
        <w:t>Indirizzo</w:t>
      </w:r>
    </w:p>
    <w:p>
      <w:r>
        <w:rPr>
          <w:b w:val="0"/>
          <w:sz w:val="20"/>
        </w:rPr>
        <w:t>CAP - Città (Provincia)</w:t>
      </w:r>
    </w:p>
    <w:p/>
    <w:p/>
    <w:p>
      <w:r>
        <w:rPr>
          <w:b/>
          <w:sz w:val="20"/>
        </w:rPr>
        <w:t>Oggetto: Sollecito di risposta a precedente comunicazione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Con la presente, in riferimento alla nostra comunicazione/invio del documento/proposta (specificare brevemente l'oggetto della comunicazione precedente), si rileva che ad oggi non abbiamo ricevuto alcun riscontro.</w:t>
      </w:r>
    </w:p>
    <w:p/>
    <w:p>
      <w:r>
        <w:rPr>
          <w:b w:val="0"/>
          <w:sz w:val="20"/>
        </w:rPr>
        <w:t>Desideriamo pertanto sollecitare cortesemente un vostro riscontro tempestivo, al fine di poter procedere con le necessarie valutazioni e/o adempimenti.</w:t>
      </w:r>
    </w:p>
    <w:p/>
    <w:p>
      <w:r>
        <w:rPr>
          <w:b w:val="0"/>
          <w:sz w:val="20"/>
        </w:rPr>
        <w:t>Rimaniamo a disposizione per eventuali chiarimenti o approfondimenti e confidiamo in un vostro pronto riscontro.</w:t>
      </w:r>
    </w:p>
    <w:p/>
    <w:p>
      <w:r>
        <w:rPr>
          <w:b w:val="0"/>
          <w:sz w:val="20"/>
        </w:rPr>
        <w:t>In mancanza di riscontro entro un termine ragionevole, ci riserviamo di intraprendere le opportune iniziative, anche di natura legale, per la tutela dei nostri diritti.</w:t>
      </w:r>
    </w:p>
    <w:p/>
    <w:p/>
    <w:p>
      <w:r>
        <w:rPr>
          <w:b/>
          <w:sz w:val="20"/>
        </w:rPr>
        <w:t>Distinti saluti,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Firma e Timbro (se applicabile)</w:t>
      </w:r>
    </w:p>
    <w:p/>
    <w:p/>
    <w:p>
      <w:r>
        <w:rPr>
          <w:b w:val="0"/>
          <w:sz w:val="20"/>
        </w:rPr>
        <w:t>Luogo: ____________________________    Data: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https://esperto-lettere.com/fac-simile-lettera-di-sollecito-per-mancata-risposta/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di-sollecito-per-mancata-risposta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